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1A4D6" w14:textId="77777777" w:rsidR="00A91957" w:rsidRDefault="00B16DF9">
      <w:pPr>
        <w:pStyle w:val="WAKOEyebrow"/>
        <w:keepNext/>
        <w:spacing w:after="100" w:line="271" w:lineRule="auto"/>
      </w:pPr>
      <w:r>
        <w:rPr>
          <w:rFonts w:eastAsia="Arial" w:cs="Arial"/>
        </w:rPr>
        <w:t>01  /  PROGRAM OVERVIEW</w:t>
      </w:r>
    </w:p>
    <w:p w14:paraId="2F1D83A1" w14:textId="77777777" w:rsidR="00A91957" w:rsidRDefault="00B16DF9">
      <w:pPr>
        <w:pStyle w:val="Titolo"/>
        <w:spacing w:line="271" w:lineRule="auto"/>
      </w:pPr>
      <w:r>
        <w:rPr>
          <w:rFonts w:ascii="Arial" w:eastAsia="Arial" w:hAnsi="Arial" w:cs="Arial"/>
          <w:sz w:val="58"/>
        </w:rPr>
        <w:t>GAMECHANGERS</w:t>
      </w:r>
    </w:p>
    <w:p w14:paraId="1A4F81D2" w14:textId="77777777" w:rsidR="00A91957" w:rsidRDefault="00B16DF9">
      <w:pPr>
        <w:keepNext/>
        <w:spacing w:after="200" w:line="271" w:lineRule="auto"/>
      </w:pPr>
      <w:r>
        <w:rPr>
          <w:rFonts w:eastAsia="Arial" w:cs="Arial"/>
          <w:color w:val="59616A"/>
          <w:sz w:val="20"/>
        </w:rPr>
        <w:t>APPLICATION FORM 2026</w:t>
      </w:r>
    </w:p>
    <w:tbl>
      <w:tblPr>
        <w:tblW w:w="10035" w:type="dxa"/>
        <w:jc w:val="center"/>
        <w:tblLayout w:type="fixed"/>
        <w:tblLook w:val="04A0" w:firstRow="1" w:lastRow="0" w:firstColumn="1" w:lastColumn="0" w:noHBand="0" w:noVBand="1"/>
      </w:tblPr>
      <w:tblGrid>
        <w:gridCol w:w="4592"/>
        <w:gridCol w:w="5443"/>
      </w:tblGrid>
      <w:tr w:rsidR="00A91957" w14:paraId="10CBD86C" w14:textId="77777777">
        <w:trPr>
          <w:jc w:val="center"/>
        </w:trPr>
        <w:tc>
          <w:tcPr>
            <w:tcW w:w="4592" w:type="dxa"/>
            <w:tcBorders>
              <w:top w:val="nil"/>
              <w:left w:val="nil"/>
              <w:bottom w:val="nil"/>
              <w:right w:val="nil"/>
            </w:tcBorders>
            <w:shd w:val="clear" w:color="auto" w:fill="101215"/>
            <w:tcMar>
              <w:top w:w="100" w:type="dxa"/>
              <w:left w:w="150" w:type="dxa"/>
              <w:bottom w:w="100" w:type="dxa"/>
              <w:right w:w="150" w:type="dxa"/>
            </w:tcMar>
            <w:vAlign w:val="center"/>
          </w:tcPr>
          <w:p w14:paraId="77340FF4" w14:textId="77777777" w:rsidR="00A91957" w:rsidRDefault="00B16DF9">
            <w:pPr>
              <w:spacing w:after="0" w:line="264" w:lineRule="auto"/>
            </w:pPr>
            <w:r>
              <w:rPr>
                <w:rFonts w:eastAsia="Arial" w:cs="Arial"/>
                <w:b/>
                <w:color w:val="FFFFFF"/>
                <w:sz w:val="18"/>
              </w:rPr>
              <w:t>APPLICATION DEADLINE</w:t>
            </w:r>
          </w:p>
        </w:tc>
        <w:tc>
          <w:tcPr>
            <w:tcW w:w="5443" w:type="dxa"/>
            <w:tcBorders>
              <w:top w:val="nil"/>
              <w:left w:val="nil"/>
              <w:bottom w:val="nil"/>
              <w:right w:val="nil"/>
            </w:tcBorders>
            <w:shd w:val="clear" w:color="auto" w:fill="101215"/>
            <w:tcMar>
              <w:top w:w="100" w:type="dxa"/>
              <w:left w:w="150" w:type="dxa"/>
              <w:bottom w:w="100" w:type="dxa"/>
              <w:right w:w="150" w:type="dxa"/>
            </w:tcMar>
            <w:vAlign w:val="center"/>
          </w:tcPr>
          <w:p w14:paraId="23550C76" w14:textId="2E06D71A" w:rsidR="00A91957" w:rsidRDefault="00B16DF9">
            <w:pPr>
              <w:spacing w:after="0" w:line="264" w:lineRule="auto"/>
              <w:jc w:val="right"/>
            </w:pPr>
            <w:r>
              <w:rPr>
                <w:rFonts w:eastAsia="Arial" w:cs="Arial"/>
                <w:b/>
                <w:color w:val="FFFFFF"/>
                <w:sz w:val="24"/>
              </w:rPr>
              <w:t>1</w:t>
            </w:r>
            <w:r w:rsidR="00263F8D">
              <w:rPr>
                <w:rFonts w:eastAsia="Arial" w:cs="Arial"/>
                <w:b/>
                <w:color w:val="FFFFFF"/>
                <w:sz w:val="24"/>
              </w:rPr>
              <w:t>5</w:t>
            </w:r>
            <w:r>
              <w:rPr>
                <w:rFonts w:eastAsia="Arial" w:cs="Arial"/>
                <w:b/>
                <w:color w:val="FFFFFF"/>
                <w:sz w:val="24"/>
              </w:rPr>
              <w:t xml:space="preserve"> OCTOBER 2026</w:t>
            </w:r>
          </w:p>
        </w:tc>
      </w:tr>
    </w:tbl>
    <w:p w14:paraId="773A5AA2" w14:textId="77777777" w:rsidR="00A91957" w:rsidRDefault="00B16DF9">
      <w:pPr>
        <w:pStyle w:val="Titolo2"/>
        <w:keepLines w:val="0"/>
        <w:spacing w:before="240" w:line="271" w:lineRule="auto"/>
      </w:pPr>
      <w:r>
        <w:rPr>
          <w:rFonts w:ascii="Arial" w:eastAsia="Arial" w:hAnsi="Arial" w:cs="Arial"/>
          <w:sz w:val="22"/>
        </w:rPr>
        <w:t xml:space="preserve">WHAT </w:t>
      </w:r>
      <w:proofErr w:type="gramStart"/>
      <w:r>
        <w:rPr>
          <w:rFonts w:ascii="Arial" w:eastAsia="Arial" w:hAnsi="Arial" w:cs="Arial"/>
          <w:sz w:val="22"/>
        </w:rPr>
        <w:t>IS</w:t>
      </w:r>
      <w:proofErr w:type="gramEnd"/>
      <w:r>
        <w:rPr>
          <w:rFonts w:ascii="Arial" w:eastAsia="Arial" w:hAnsi="Arial" w:cs="Arial"/>
          <w:sz w:val="22"/>
        </w:rPr>
        <w:t xml:space="preserve"> THE WAKO GAMECHANGERS?</w:t>
      </w:r>
    </w:p>
    <w:p w14:paraId="14B3E9EC" w14:textId="75587037" w:rsidR="00A91957" w:rsidRDefault="00B16DF9" w:rsidP="008E5916">
      <w:pPr>
        <w:jc w:val="both"/>
      </w:pPr>
      <w:r>
        <w:rPr>
          <w:rFonts w:eastAsia="Arial" w:cs="Arial"/>
          <w:sz w:val="22"/>
        </w:rPr>
        <w:t xml:space="preserve">WAKO GameChangers (WGC) is a new development concept in WAKO. It </w:t>
      </w:r>
      <w:proofErr w:type="gramStart"/>
      <w:r>
        <w:rPr>
          <w:rFonts w:eastAsia="Arial" w:cs="Arial"/>
          <w:sz w:val="22"/>
        </w:rPr>
        <w:t>is</w:t>
      </w:r>
      <w:proofErr w:type="gramEnd"/>
      <w:r>
        <w:rPr>
          <w:rFonts w:eastAsia="Arial" w:cs="Arial"/>
          <w:sz w:val="22"/>
        </w:rPr>
        <w:t xml:space="preserve"> established under the Athlete Corner umbrella, WAKO</w:t>
      </w:r>
      <w:r w:rsidR="008E5916">
        <w:rPr>
          <w:rFonts w:eastAsia="Arial" w:cs="Arial"/>
          <w:sz w:val="22"/>
        </w:rPr>
        <w:t>’</w:t>
      </w:r>
      <w:r>
        <w:rPr>
          <w:rFonts w:eastAsia="Arial" w:cs="Arial"/>
          <w:sz w:val="22"/>
        </w:rPr>
        <w:t xml:space="preserve">s learn and share </w:t>
      </w:r>
      <w:proofErr w:type="gramStart"/>
      <w:r>
        <w:rPr>
          <w:rFonts w:eastAsia="Arial" w:cs="Arial"/>
          <w:sz w:val="22"/>
        </w:rPr>
        <w:t>concept</w:t>
      </w:r>
      <w:proofErr w:type="gramEnd"/>
      <w:r>
        <w:rPr>
          <w:rFonts w:eastAsia="Arial" w:cs="Arial"/>
          <w:sz w:val="22"/>
        </w:rPr>
        <w:t xml:space="preserve"> and it is built on the pillar to educate and develop future leaders in our sport. In addition, the concept is meant to improve the culture, to trigger the pride and curiosity among the WAKO youth and to act preventive.</w:t>
      </w:r>
    </w:p>
    <w:p w14:paraId="5521B9F5" w14:textId="77777777" w:rsidR="00A91957" w:rsidRDefault="00B16DF9" w:rsidP="008E5916">
      <w:pPr>
        <w:jc w:val="both"/>
      </w:pPr>
      <w:r>
        <w:rPr>
          <w:rFonts w:eastAsia="Arial" w:cs="Arial"/>
          <w:sz w:val="22"/>
        </w:rPr>
        <w:t>The future generation is the asset to secure a sustainable development of WAKO as a whole. The WGC are designed as a management development program to learn about WAKO, international sport and the Olympic movement. It is also meant to strengthen good governance, transparency, integrity, involvement and communication. To support potential and future leaders in Sport.</w:t>
      </w:r>
    </w:p>
    <w:p w14:paraId="09E7C0D4" w14:textId="6F2F321A" w:rsidR="00A91957" w:rsidRDefault="00B16DF9" w:rsidP="008E5916">
      <w:pPr>
        <w:jc w:val="both"/>
      </w:pPr>
      <w:r>
        <w:rPr>
          <w:rFonts w:eastAsia="Arial" w:cs="Arial"/>
          <w:sz w:val="22"/>
        </w:rPr>
        <w:t>We search for 5 male and 5 female ambassadors preferably between 20-30 years who are part of a WAKO national federation. It is positive that the applicants are active or former athlete</w:t>
      </w:r>
      <w:r w:rsidR="008E5916">
        <w:rPr>
          <w:rFonts w:eastAsia="Arial" w:cs="Arial"/>
          <w:sz w:val="22"/>
        </w:rPr>
        <w:t>s</w:t>
      </w:r>
      <w:r>
        <w:rPr>
          <w:rFonts w:eastAsia="Arial" w:cs="Arial"/>
          <w:sz w:val="22"/>
        </w:rPr>
        <w:t xml:space="preserve"> with international participation for </w:t>
      </w:r>
      <w:proofErr w:type="gramStart"/>
      <w:r>
        <w:rPr>
          <w:rFonts w:eastAsia="Arial" w:cs="Arial"/>
          <w:sz w:val="22"/>
        </w:rPr>
        <w:t>a number of</w:t>
      </w:r>
      <w:proofErr w:type="gramEnd"/>
      <w:r>
        <w:rPr>
          <w:rFonts w:eastAsia="Arial" w:cs="Arial"/>
          <w:sz w:val="22"/>
        </w:rPr>
        <w:t xml:space="preserve"> years. The applicant </w:t>
      </w:r>
      <w:r w:rsidRPr="00E10226">
        <w:rPr>
          <w:rFonts w:eastAsia="Arial" w:cs="Arial"/>
          <w:sz w:val="22"/>
          <w:u w:val="single"/>
        </w:rPr>
        <w:t xml:space="preserve">needs to speak </w:t>
      </w:r>
      <w:proofErr w:type="gramStart"/>
      <w:r w:rsidRPr="00E10226">
        <w:rPr>
          <w:rFonts w:eastAsia="Arial" w:cs="Arial"/>
          <w:sz w:val="22"/>
          <w:u w:val="single"/>
        </w:rPr>
        <w:t>English</w:t>
      </w:r>
      <w:proofErr w:type="gramEnd"/>
      <w:r>
        <w:rPr>
          <w:rFonts w:eastAsia="Arial" w:cs="Arial"/>
          <w:sz w:val="22"/>
        </w:rPr>
        <w:t xml:space="preserve"> and it is recommended that he/she has or has had an academic background, most preferably in sport.</w:t>
      </w:r>
    </w:p>
    <w:p w14:paraId="1ADD29CF" w14:textId="77777777" w:rsidR="00A91957" w:rsidRDefault="00B16DF9">
      <w:pPr>
        <w:pStyle w:val="Titolo2"/>
        <w:keepLines w:val="0"/>
        <w:spacing w:before="260" w:after="160" w:line="271" w:lineRule="auto"/>
      </w:pPr>
      <w:r>
        <w:rPr>
          <w:rFonts w:ascii="Arial" w:eastAsia="Arial" w:hAnsi="Arial" w:cs="Arial"/>
          <w:sz w:val="20"/>
        </w:rPr>
        <w:t>CONDITIONS IF THE CANDIDATE IS PICKED TO BE PART OF THE PROGRAM</w:t>
      </w:r>
    </w:p>
    <w:p w14:paraId="3199A4CB" w14:textId="77777777" w:rsidR="00A91957" w:rsidRDefault="00B16DF9" w:rsidP="008E5916">
      <w:pPr>
        <w:jc w:val="both"/>
      </w:pPr>
      <w:r>
        <w:rPr>
          <w:rFonts w:eastAsia="Arial" w:cs="Arial"/>
          <w:sz w:val="22"/>
        </w:rPr>
        <w:t>The program will be divided between physical presence and digital lectures. There will be 2 physical workshops and 3-4 Virtual workshops and webinars during the yearly program.</w:t>
      </w:r>
    </w:p>
    <w:p w14:paraId="6E53DB3B" w14:textId="2FF8B8EE" w:rsidR="00A91957" w:rsidRDefault="00B16DF9" w:rsidP="008E5916">
      <w:pPr>
        <w:jc w:val="both"/>
      </w:pPr>
      <w:r>
        <w:rPr>
          <w:rFonts w:eastAsia="Arial" w:cs="Arial"/>
          <w:b/>
          <w:sz w:val="22"/>
        </w:rPr>
        <w:t>National transport, flights and pocket money</w:t>
      </w:r>
      <w:r>
        <w:rPr>
          <w:rFonts w:eastAsia="Arial" w:cs="Arial"/>
          <w:sz w:val="22"/>
        </w:rPr>
        <w:t xml:space="preserve"> for physical meetings need to be </w:t>
      </w:r>
      <w:proofErr w:type="gramStart"/>
      <w:r>
        <w:rPr>
          <w:rFonts w:eastAsia="Arial" w:cs="Arial"/>
          <w:sz w:val="22"/>
        </w:rPr>
        <w:t>paid</w:t>
      </w:r>
      <w:proofErr w:type="gramEnd"/>
      <w:r>
        <w:rPr>
          <w:rFonts w:eastAsia="Arial" w:cs="Arial"/>
          <w:sz w:val="22"/>
        </w:rPr>
        <w:t xml:space="preserve"> by the </w:t>
      </w:r>
      <w:r w:rsidR="008E5916">
        <w:rPr>
          <w:rFonts w:eastAsia="Arial" w:cs="Arial"/>
          <w:sz w:val="22"/>
        </w:rPr>
        <w:t>N</w:t>
      </w:r>
      <w:r>
        <w:rPr>
          <w:rFonts w:eastAsia="Arial" w:cs="Arial"/>
          <w:sz w:val="22"/>
        </w:rPr>
        <w:t xml:space="preserve">ational </w:t>
      </w:r>
      <w:r w:rsidR="008E5916">
        <w:rPr>
          <w:rFonts w:eastAsia="Arial" w:cs="Arial"/>
          <w:sz w:val="22"/>
        </w:rPr>
        <w:t>F</w:t>
      </w:r>
      <w:r>
        <w:rPr>
          <w:rFonts w:eastAsia="Arial" w:cs="Arial"/>
          <w:sz w:val="22"/>
        </w:rPr>
        <w:t xml:space="preserve">ederation. </w:t>
      </w:r>
      <w:r>
        <w:rPr>
          <w:rFonts w:eastAsia="Arial" w:cs="Arial"/>
          <w:b/>
          <w:sz w:val="22"/>
        </w:rPr>
        <w:t>Accommodation for physical meetings will be covered by WAKO.</w:t>
      </w:r>
    </w:p>
    <w:p w14:paraId="220E5E52" w14:textId="24C58C3D" w:rsidR="00A91957" w:rsidRDefault="00B16DF9" w:rsidP="008E5916">
      <w:pPr>
        <w:jc w:val="both"/>
      </w:pPr>
      <w:r>
        <w:rPr>
          <w:rFonts w:eastAsia="Arial" w:cs="Arial"/>
          <w:sz w:val="22"/>
        </w:rPr>
        <w:t>The WGC is a binding commitment for the participant and the commitment must be for the entire program period. It is imperative that the candidate understand</w:t>
      </w:r>
      <w:r w:rsidR="008E5916">
        <w:rPr>
          <w:rFonts w:eastAsia="Arial" w:cs="Arial"/>
          <w:sz w:val="22"/>
        </w:rPr>
        <w:t>s</w:t>
      </w:r>
      <w:r>
        <w:rPr>
          <w:rFonts w:eastAsia="Arial" w:cs="Arial"/>
          <w:sz w:val="22"/>
        </w:rPr>
        <w:t xml:space="preserve"> that he/she needs to allocate needed time </w:t>
      </w:r>
      <w:r w:rsidR="008E5916">
        <w:rPr>
          <w:rFonts w:eastAsia="Arial" w:cs="Arial"/>
          <w:sz w:val="22"/>
        </w:rPr>
        <w:t xml:space="preserve">to </w:t>
      </w:r>
      <w:r>
        <w:rPr>
          <w:rFonts w:eastAsia="Arial" w:cs="Arial"/>
          <w:sz w:val="22"/>
        </w:rPr>
        <w:t xml:space="preserve">take actively part </w:t>
      </w:r>
      <w:proofErr w:type="gramStart"/>
      <w:r>
        <w:rPr>
          <w:rFonts w:eastAsia="Arial" w:cs="Arial"/>
          <w:sz w:val="22"/>
        </w:rPr>
        <w:t>of</w:t>
      </w:r>
      <w:proofErr w:type="gramEnd"/>
      <w:r>
        <w:rPr>
          <w:rFonts w:eastAsia="Arial" w:cs="Arial"/>
          <w:sz w:val="22"/>
        </w:rPr>
        <w:t xml:space="preserve"> the program</w:t>
      </w:r>
      <w:r w:rsidR="008E5916">
        <w:rPr>
          <w:rFonts w:eastAsia="Arial" w:cs="Arial"/>
          <w:sz w:val="22"/>
        </w:rPr>
        <w:t>.</w:t>
      </w:r>
      <w:r>
        <w:rPr>
          <w:rFonts w:eastAsia="Arial" w:cs="Arial"/>
          <w:sz w:val="22"/>
        </w:rPr>
        <w:t xml:space="preserve"> During the program the participants may also be dedicated ambassadors and a key in WAKO communication. If the applicant withdraws from the program after the start of the program the </w:t>
      </w:r>
      <w:r w:rsidR="008E5916">
        <w:rPr>
          <w:rFonts w:eastAsia="Arial" w:cs="Arial"/>
          <w:sz w:val="22"/>
        </w:rPr>
        <w:t>N</w:t>
      </w:r>
      <w:r>
        <w:rPr>
          <w:rFonts w:eastAsia="Arial" w:cs="Arial"/>
          <w:sz w:val="22"/>
        </w:rPr>
        <w:t xml:space="preserve">ational </w:t>
      </w:r>
      <w:r w:rsidR="008E5916">
        <w:rPr>
          <w:rFonts w:eastAsia="Arial" w:cs="Arial"/>
          <w:sz w:val="22"/>
        </w:rPr>
        <w:t>F</w:t>
      </w:r>
      <w:r>
        <w:rPr>
          <w:rFonts w:eastAsia="Arial" w:cs="Arial"/>
          <w:sz w:val="22"/>
        </w:rPr>
        <w:t>ederation will be invoiced for WAKO costs. A contract between WAKO, NF and the participant will regulate the full obligations signed and approved by all parties.</w:t>
      </w:r>
    </w:p>
    <w:p w14:paraId="419905D6" w14:textId="77777777" w:rsidR="008E5916" w:rsidRDefault="00B16DF9" w:rsidP="008E5916">
      <w:pPr>
        <w:jc w:val="both"/>
        <w:rPr>
          <w:rFonts w:eastAsia="Arial" w:cs="Arial"/>
          <w:sz w:val="22"/>
        </w:rPr>
      </w:pPr>
      <w:r>
        <w:rPr>
          <w:rFonts w:eastAsia="Arial" w:cs="Arial"/>
          <w:b/>
          <w:sz w:val="22"/>
        </w:rPr>
        <w:t>We only allow 1 application per country</w:t>
      </w:r>
      <w:r>
        <w:rPr>
          <w:rFonts w:eastAsia="Arial" w:cs="Arial"/>
          <w:sz w:val="22"/>
        </w:rPr>
        <w:t xml:space="preserve"> and the nomination needs to be sent from the National Federation. We do not allow applications from any individual directly. </w:t>
      </w:r>
    </w:p>
    <w:p w14:paraId="1C453B3F" w14:textId="573593F1" w:rsidR="00A91957" w:rsidRDefault="00B16DF9" w:rsidP="008E5916">
      <w:pPr>
        <w:jc w:val="both"/>
      </w:pPr>
      <w:r>
        <w:rPr>
          <w:rFonts w:eastAsia="Arial" w:cs="Arial"/>
          <w:b/>
          <w:color w:val="E4222B"/>
          <w:sz w:val="22"/>
        </w:rPr>
        <w:t>Deadline for application is 1</w:t>
      </w:r>
      <w:r w:rsidR="007E7F6E">
        <w:rPr>
          <w:rFonts w:eastAsia="Arial" w:cs="Arial"/>
          <w:b/>
          <w:color w:val="E4222B"/>
          <w:sz w:val="22"/>
        </w:rPr>
        <w:t>5</w:t>
      </w:r>
      <w:r w:rsidR="007E7F6E" w:rsidRPr="008E5916">
        <w:rPr>
          <w:rFonts w:eastAsia="Arial" w:cs="Arial"/>
          <w:b/>
          <w:color w:val="E4222B"/>
          <w:sz w:val="22"/>
          <w:vertAlign w:val="superscript"/>
        </w:rPr>
        <w:t>th</w:t>
      </w:r>
      <w:r>
        <w:rPr>
          <w:rFonts w:eastAsia="Arial" w:cs="Arial"/>
          <w:b/>
          <w:color w:val="E4222B"/>
          <w:sz w:val="22"/>
        </w:rPr>
        <w:t xml:space="preserve"> October 2026.</w:t>
      </w:r>
    </w:p>
    <w:p w14:paraId="26FE8FFE" w14:textId="77777777" w:rsidR="00A91957" w:rsidRDefault="00B16DF9" w:rsidP="008E5916">
      <w:pPr>
        <w:jc w:val="both"/>
      </w:pPr>
      <w:r>
        <w:br w:type="page"/>
      </w:r>
    </w:p>
    <w:p w14:paraId="0EE6CE48" w14:textId="77777777" w:rsidR="00A91957" w:rsidRDefault="00B16DF9">
      <w:pPr>
        <w:pStyle w:val="WAKOEyebrow"/>
        <w:keepNext/>
        <w:spacing w:after="100" w:line="271" w:lineRule="auto"/>
      </w:pPr>
      <w:r>
        <w:rPr>
          <w:rFonts w:eastAsia="Arial" w:cs="Arial"/>
        </w:rPr>
        <w:lastRenderedPageBreak/>
        <w:t>02  /  PROGRAM DETAILS</w:t>
      </w:r>
    </w:p>
    <w:p w14:paraId="47844CD0" w14:textId="77777777" w:rsidR="00A91957" w:rsidRDefault="00B16DF9">
      <w:pPr>
        <w:pStyle w:val="Titolo"/>
        <w:spacing w:line="271" w:lineRule="auto"/>
      </w:pPr>
      <w:r>
        <w:rPr>
          <w:rFonts w:ascii="Arial" w:eastAsia="Arial" w:hAnsi="Arial" w:cs="Arial"/>
          <w:sz w:val="58"/>
        </w:rPr>
        <w:t>MODULES &amp; TIMELINE</w:t>
      </w:r>
    </w:p>
    <w:p w14:paraId="3983AB4B" w14:textId="77777777" w:rsidR="00A91957" w:rsidRPr="008E5916" w:rsidRDefault="00B16DF9">
      <w:pPr>
        <w:pStyle w:val="Titolo2"/>
        <w:keepLines w:val="0"/>
        <w:spacing w:before="140" w:line="271" w:lineRule="auto"/>
        <w:rPr>
          <w:sz w:val="20"/>
          <w:szCs w:val="20"/>
        </w:rPr>
      </w:pPr>
      <w:r w:rsidRPr="008E5916">
        <w:rPr>
          <w:rFonts w:ascii="Arial" w:eastAsia="Arial" w:hAnsi="Arial" w:cs="Arial"/>
          <w:sz w:val="20"/>
          <w:szCs w:val="20"/>
        </w:rPr>
        <w:t>APPROX CONTENT OF MODULES</w:t>
      </w:r>
    </w:p>
    <w:tbl>
      <w:tblPr>
        <w:tblW w:w="10035" w:type="dxa"/>
        <w:jc w:val="center"/>
        <w:tblLayout w:type="fixed"/>
        <w:tblLook w:val="04A0" w:firstRow="1" w:lastRow="0" w:firstColumn="1" w:lastColumn="0" w:noHBand="0" w:noVBand="1"/>
      </w:tblPr>
      <w:tblGrid>
        <w:gridCol w:w="3345"/>
        <w:gridCol w:w="3345"/>
        <w:gridCol w:w="3345"/>
      </w:tblGrid>
      <w:tr w:rsidR="00A91957" w:rsidRPr="008E5916" w14:paraId="7E0A917E" w14:textId="77777777">
        <w:trPr>
          <w:cantSplit/>
          <w:trHeight w:val="652"/>
          <w:jc w:val="center"/>
        </w:trPr>
        <w:tc>
          <w:tcPr>
            <w:tcW w:w="3345" w:type="dxa"/>
            <w:tcBorders>
              <w:top w:val="nil"/>
              <w:left w:val="nil"/>
              <w:bottom w:val="single" w:sz="4" w:space="0" w:color="D8DCE1"/>
              <w:right w:val="nil"/>
            </w:tcBorders>
            <w:shd w:val="clear" w:color="auto" w:fill="F4F5F6"/>
            <w:tcMar>
              <w:top w:w="90" w:type="dxa"/>
              <w:left w:w="130" w:type="dxa"/>
              <w:bottom w:w="90" w:type="dxa"/>
              <w:right w:w="130" w:type="dxa"/>
            </w:tcMar>
            <w:vAlign w:val="center"/>
          </w:tcPr>
          <w:p w14:paraId="0B4F2D06" w14:textId="77777777" w:rsidR="00A91957" w:rsidRPr="008E5916" w:rsidRDefault="00B16DF9">
            <w:pPr>
              <w:spacing w:after="0" w:line="271" w:lineRule="auto"/>
              <w:rPr>
                <w:sz w:val="20"/>
                <w:szCs w:val="20"/>
              </w:rPr>
            </w:pPr>
            <w:r w:rsidRPr="008E5916">
              <w:rPr>
                <w:rFonts w:eastAsia="Arial" w:cs="Arial"/>
                <w:sz w:val="20"/>
                <w:szCs w:val="20"/>
              </w:rPr>
              <w:t>Sport management</w:t>
            </w:r>
          </w:p>
        </w:tc>
        <w:tc>
          <w:tcPr>
            <w:tcW w:w="3345" w:type="dxa"/>
            <w:tcBorders>
              <w:top w:val="nil"/>
              <w:left w:val="nil"/>
              <w:bottom w:val="single" w:sz="4" w:space="0" w:color="D8DCE1"/>
              <w:right w:val="nil"/>
            </w:tcBorders>
            <w:shd w:val="clear" w:color="auto" w:fill="F4F5F6"/>
            <w:tcMar>
              <w:top w:w="90" w:type="dxa"/>
              <w:left w:w="130" w:type="dxa"/>
              <w:bottom w:w="90" w:type="dxa"/>
              <w:right w:w="130" w:type="dxa"/>
            </w:tcMar>
            <w:vAlign w:val="center"/>
          </w:tcPr>
          <w:p w14:paraId="777EEB4F" w14:textId="77777777" w:rsidR="00A91957" w:rsidRPr="008E5916" w:rsidRDefault="00B16DF9">
            <w:pPr>
              <w:spacing w:after="0" w:line="271" w:lineRule="auto"/>
              <w:rPr>
                <w:sz w:val="20"/>
                <w:szCs w:val="20"/>
              </w:rPr>
            </w:pPr>
            <w:r w:rsidRPr="008E5916">
              <w:rPr>
                <w:rFonts w:eastAsia="Arial" w:cs="Arial"/>
                <w:sz w:val="20"/>
                <w:szCs w:val="20"/>
              </w:rPr>
              <w:t>Good governance</w:t>
            </w:r>
          </w:p>
        </w:tc>
        <w:tc>
          <w:tcPr>
            <w:tcW w:w="3345" w:type="dxa"/>
            <w:tcBorders>
              <w:top w:val="nil"/>
              <w:left w:val="nil"/>
              <w:bottom w:val="single" w:sz="4" w:space="0" w:color="D8DCE1"/>
              <w:right w:val="nil"/>
            </w:tcBorders>
            <w:shd w:val="clear" w:color="auto" w:fill="F4F5F6"/>
            <w:tcMar>
              <w:top w:w="90" w:type="dxa"/>
              <w:left w:w="130" w:type="dxa"/>
              <w:bottom w:w="90" w:type="dxa"/>
              <w:right w:w="130" w:type="dxa"/>
            </w:tcMar>
            <w:vAlign w:val="center"/>
          </w:tcPr>
          <w:p w14:paraId="5B163560" w14:textId="77777777" w:rsidR="00A91957" w:rsidRPr="008E5916" w:rsidRDefault="00B16DF9">
            <w:pPr>
              <w:spacing w:after="0" w:line="271" w:lineRule="auto"/>
              <w:rPr>
                <w:sz w:val="20"/>
                <w:szCs w:val="20"/>
              </w:rPr>
            </w:pPr>
            <w:r w:rsidRPr="008E5916">
              <w:rPr>
                <w:rFonts w:eastAsia="Arial" w:cs="Arial"/>
                <w:sz w:val="20"/>
                <w:szCs w:val="20"/>
              </w:rPr>
              <w:t>Accountability</w:t>
            </w:r>
          </w:p>
        </w:tc>
      </w:tr>
      <w:tr w:rsidR="00A91957" w:rsidRPr="008E5916" w14:paraId="2C475F2B" w14:textId="77777777">
        <w:trPr>
          <w:cantSplit/>
          <w:trHeight w:val="652"/>
          <w:jc w:val="center"/>
        </w:trPr>
        <w:tc>
          <w:tcPr>
            <w:tcW w:w="3345" w:type="dxa"/>
            <w:tcBorders>
              <w:top w:val="nil"/>
              <w:left w:val="nil"/>
              <w:bottom w:val="single" w:sz="4" w:space="0" w:color="D8DCE1"/>
              <w:right w:val="nil"/>
            </w:tcBorders>
            <w:shd w:val="clear" w:color="auto" w:fill="FFFFFF"/>
            <w:tcMar>
              <w:top w:w="90" w:type="dxa"/>
              <w:left w:w="130" w:type="dxa"/>
              <w:bottom w:w="90" w:type="dxa"/>
              <w:right w:w="130" w:type="dxa"/>
            </w:tcMar>
            <w:vAlign w:val="center"/>
          </w:tcPr>
          <w:p w14:paraId="767C8502" w14:textId="77777777" w:rsidR="00A91957" w:rsidRPr="008E5916" w:rsidRDefault="00B16DF9">
            <w:pPr>
              <w:spacing w:after="0" w:line="271" w:lineRule="auto"/>
              <w:rPr>
                <w:sz w:val="20"/>
                <w:szCs w:val="20"/>
              </w:rPr>
            </w:pPr>
            <w:r w:rsidRPr="008E5916">
              <w:rPr>
                <w:rFonts w:eastAsia="Arial" w:cs="Arial"/>
                <w:sz w:val="20"/>
                <w:szCs w:val="20"/>
              </w:rPr>
              <w:t>Fair Play</w:t>
            </w:r>
          </w:p>
        </w:tc>
        <w:tc>
          <w:tcPr>
            <w:tcW w:w="3345" w:type="dxa"/>
            <w:tcBorders>
              <w:top w:val="nil"/>
              <w:left w:val="nil"/>
              <w:bottom w:val="single" w:sz="4" w:space="0" w:color="D8DCE1"/>
              <w:right w:val="nil"/>
            </w:tcBorders>
            <w:shd w:val="clear" w:color="auto" w:fill="FFFFFF"/>
            <w:tcMar>
              <w:top w:w="90" w:type="dxa"/>
              <w:left w:w="130" w:type="dxa"/>
              <w:bottom w:w="90" w:type="dxa"/>
              <w:right w:w="130" w:type="dxa"/>
            </w:tcMar>
            <w:vAlign w:val="center"/>
          </w:tcPr>
          <w:p w14:paraId="22078FD8" w14:textId="77777777" w:rsidR="00A91957" w:rsidRPr="008E5916" w:rsidRDefault="00B16DF9">
            <w:pPr>
              <w:spacing w:after="0" w:line="271" w:lineRule="auto"/>
              <w:rPr>
                <w:sz w:val="20"/>
                <w:szCs w:val="20"/>
              </w:rPr>
            </w:pPr>
            <w:r w:rsidRPr="008E5916">
              <w:rPr>
                <w:rFonts w:eastAsia="Arial" w:cs="Arial"/>
                <w:sz w:val="20"/>
                <w:szCs w:val="20"/>
              </w:rPr>
              <w:t>Ethics and integrity</w:t>
            </w:r>
          </w:p>
        </w:tc>
        <w:tc>
          <w:tcPr>
            <w:tcW w:w="3345" w:type="dxa"/>
            <w:tcBorders>
              <w:top w:val="nil"/>
              <w:left w:val="nil"/>
              <w:bottom w:val="single" w:sz="4" w:space="0" w:color="D8DCE1"/>
              <w:right w:val="nil"/>
            </w:tcBorders>
            <w:shd w:val="clear" w:color="auto" w:fill="FFFFFF"/>
            <w:tcMar>
              <w:top w:w="90" w:type="dxa"/>
              <w:left w:w="130" w:type="dxa"/>
              <w:bottom w:w="90" w:type="dxa"/>
              <w:right w:w="130" w:type="dxa"/>
            </w:tcMar>
            <w:vAlign w:val="center"/>
          </w:tcPr>
          <w:p w14:paraId="17261D86" w14:textId="77777777" w:rsidR="00A91957" w:rsidRPr="008E5916" w:rsidRDefault="00B16DF9">
            <w:pPr>
              <w:spacing w:after="0" w:line="271" w:lineRule="auto"/>
              <w:rPr>
                <w:sz w:val="20"/>
                <w:szCs w:val="20"/>
              </w:rPr>
            </w:pPr>
            <w:r w:rsidRPr="008E5916">
              <w:rPr>
                <w:rFonts w:eastAsia="Arial" w:cs="Arial"/>
                <w:sz w:val="20"/>
                <w:szCs w:val="20"/>
              </w:rPr>
              <w:t>Sport juridical principles</w:t>
            </w:r>
          </w:p>
        </w:tc>
      </w:tr>
      <w:tr w:rsidR="00A91957" w:rsidRPr="008E5916" w14:paraId="48B1FA5B" w14:textId="77777777">
        <w:trPr>
          <w:cantSplit/>
          <w:trHeight w:val="652"/>
          <w:jc w:val="center"/>
        </w:trPr>
        <w:tc>
          <w:tcPr>
            <w:tcW w:w="3345" w:type="dxa"/>
            <w:tcBorders>
              <w:top w:val="nil"/>
              <w:left w:val="nil"/>
              <w:bottom w:val="single" w:sz="4" w:space="0" w:color="D8DCE1"/>
              <w:right w:val="nil"/>
            </w:tcBorders>
            <w:shd w:val="clear" w:color="auto" w:fill="F4F5F6"/>
            <w:tcMar>
              <w:top w:w="90" w:type="dxa"/>
              <w:left w:w="130" w:type="dxa"/>
              <w:bottom w:w="90" w:type="dxa"/>
              <w:right w:w="130" w:type="dxa"/>
            </w:tcMar>
            <w:vAlign w:val="center"/>
          </w:tcPr>
          <w:p w14:paraId="491AC505" w14:textId="77777777" w:rsidR="00A91957" w:rsidRPr="008E5916" w:rsidRDefault="00B16DF9">
            <w:pPr>
              <w:spacing w:after="0" w:line="271" w:lineRule="auto"/>
              <w:rPr>
                <w:sz w:val="20"/>
                <w:szCs w:val="20"/>
              </w:rPr>
            </w:pPr>
            <w:r w:rsidRPr="008E5916">
              <w:rPr>
                <w:rFonts w:eastAsia="Arial" w:cs="Arial"/>
                <w:sz w:val="20"/>
                <w:szCs w:val="20"/>
              </w:rPr>
              <w:t>Rules, regulations and policies</w:t>
            </w:r>
          </w:p>
        </w:tc>
        <w:tc>
          <w:tcPr>
            <w:tcW w:w="3345" w:type="dxa"/>
            <w:tcBorders>
              <w:top w:val="nil"/>
              <w:left w:val="nil"/>
              <w:bottom w:val="single" w:sz="4" w:space="0" w:color="D8DCE1"/>
              <w:right w:val="nil"/>
            </w:tcBorders>
            <w:shd w:val="clear" w:color="auto" w:fill="F4F5F6"/>
            <w:tcMar>
              <w:top w:w="90" w:type="dxa"/>
              <w:left w:w="130" w:type="dxa"/>
              <w:bottom w:w="90" w:type="dxa"/>
              <w:right w:w="130" w:type="dxa"/>
            </w:tcMar>
            <w:vAlign w:val="center"/>
          </w:tcPr>
          <w:p w14:paraId="230526D6" w14:textId="77777777" w:rsidR="00A91957" w:rsidRPr="008E5916" w:rsidRDefault="00B16DF9">
            <w:pPr>
              <w:spacing w:after="0" w:line="271" w:lineRule="auto"/>
              <w:rPr>
                <w:sz w:val="20"/>
                <w:szCs w:val="20"/>
              </w:rPr>
            </w:pPr>
            <w:r w:rsidRPr="008E5916">
              <w:rPr>
                <w:rFonts w:eastAsia="Arial" w:cs="Arial"/>
                <w:sz w:val="20"/>
                <w:szCs w:val="20"/>
              </w:rPr>
              <w:t>Equality</w:t>
            </w:r>
          </w:p>
        </w:tc>
        <w:tc>
          <w:tcPr>
            <w:tcW w:w="3345" w:type="dxa"/>
            <w:tcBorders>
              <w:top w:val="nil"/>
              <w:left w:val="nil"/>
              <w:bottom w:val="single" w:sz="4" w:space="0" w:color="D8DCE1"/>
              <w:right w:val="nil"/>
            </w:tcBorders>
            <w:shd w:val="clear" w:color="auto" w:fill="F4F5F6"/>
            <w:tcMar>
              <w:top w:w="90" w:type="dxa"/>
              <w:left w:w="130" w:type="dxa"/>
              <w:bottom w:w="90" w:type="dxa"/>
              <w:right w:w="130" w:type="dxa"/>
            </w:tcMar>
            <w:vAlign w:val="center"/>
          </w:tcPr>
          <w:p w14:paraId="17AFA74D" w14:textId="77777777" w:rsidR="00A91957" w:rsidRPr="008E5916" w:rsidRDefault="00B16DF9">
            <w:pPr>
              <w:spacing w:after="0" w:line="271" w:lineRule="auto"/>
              <w:rPr>
                <w:sz w:val="20"/>
                <w:szCs w:val="20"/>
              </w:rPr>
            </w:pPr>
            <w:r w:rsidRPr="008E5916">
              <w:rPr>
                <w:rFonts w:eastAsia="Arial" w:cs="Arial"/>
                <w:sz w:val="20"/>
                <w:szCs w:val="20"/>
              </w:rPr>
              <w:t>Antidoping</w:t>
            </w:r>
          </w:p>
        </w:tc>
      </w:tr>
      <w:tr w:rsidR="00A91957" w:rsidRPr="008E5916" w14:paraId="4E226AC6" w14:textId="77777777">
        <w:trPr>
          <w:cantSplit/>
          <w:trHeight w:val="652"/>
          <w:jc w:val="center"/>
        </w:trPr>
        <w:tc>
          <w:tcPr>
            <w:tcW w:w="3345" w:type="dxa"/>
            <w:tcBorders>
              <w:top w:val="nil"/>
              <w:left w:val="nil"/>
              <w:bottom w:val="single" w:sz="4" w:space="0" w:color="D8DCE1"/>
              <w:right w:val="nil"/>
            </w:tcBorders>
            <w:shd w:val="clear" w:color="auto" w:fill="FFFFFF"/>
            <w:tcMar>
              <w:top w:w="90" w:type="dxa"/>
              <w:left w:w="130" w:type="dxa"/>
              <w:bottom w:w="90" w:type="dxa"/>
              <w:right w:w="130" w:type="dxa"/>
            </w:tcMar>
            <w:vAlign w:val="center"/>
          </w:tcPr>
          <w:p w14:paraId="6EDE568A" w14:textId="77777777" w:rsidR="00A91957" w:rsidRPr="008E5916" w:rsidRDefault="00B16DF9">
            <w:pPr>
              <w:spacing w:after="0" w:line="271" w:lineRule="auto"/>
              <w:rPr>
                <w:sz w:val="20"/>
                <w:szCs w:val="20"/>
              </w:rPr>
            </w:pPr>
            <w:r w:rsidRPr="008E5916">
              <w:rPr>
                <w:rFonts w:eastAsia="Arial" w:cs="Arial"/>
                <w:sz w:val="20"/>
                <w:szCs w:val="20"/>
              </w:rPr>
              <w:t>Medical and prevention</w:t>
            </w:r>
          </w:p>
        </w:tc>
        <w:tc>
          <w:tcPr>
            <w:tcW w:w="3345" w:type="dxa"/>
            <w:tcBorders>
              <w:top w:val="nil"/>
              <w:left w:val="nil"/>
              <w:bottom w:val="single" w:sz="4" w:space="0" w:color="D8DCE1"/>
              <w:right w:val="nil"/>
            </w:tcBorders>
            <w:shd w:val="clear" w:color="auto" w:fill="FFFFFF"/>
            <w:tcMar>
              <w:top w:w="90" w:type="dxa"/>
              <w:left w:w="130" w:type="dxa"/>
              <w:bottom w:w="90" w:type="dxa"/>
              <w:right w:w="130" w:type="dxa"/>
            </w:tcMar>
            <w:vAlign w:val="center"/>
          </w:tcPr>
          <w:p w14:paraId="62AAD209" w14:textId="77777777" w:rsidR="00A91957" w:rsidRPr="008E5916" w:rsidRDefault="00B16DF9">
            <w:pPr>
              <w:spacing w:after="0" w:line="271" w:lineRule="auto"/>
              <w:rPr>
                <w:sz w:val="20"/>
                <w:szCs w:val="20"/>
              </w:rPr>
            </w:pPr>
            <w:r w:rsidRPr="008E5916">
              <w:rPr>
                <w:rFonts w:eastAsia="Arial" w:cs="Arial"/>
                <w:sz w:val="20"/>
                <w:szCs w:val="20"/>
              </w:rPr>
              <w:t>Involvement of athletes</w:t>
            </w:r>
          </w:p>
        </w:tc>
        <w:tc>
          <w:tcPr>
            <w:tcW w:w="3345" w:type="dxa"/>
            <w:tcBorders>
              <w:top w:val="nil"/>
              <w:left w:val="nil"/>
              <w:bottom w:val="single" w:sz="4" w:space="0" w:color="D8DCE1"/>
              <w:right w:val="nil"/>
            </w:tcBorders>
            <w:shd w:val="clear" w:color="auto" w:fill="FFFFFF"/>
            <w:tcMar>
              <w:top w:w="90" w:type="dxa"/>
              <w:left w:w="130" w:type="dxa"/>
              <w:bottom w:w="90" w:type="dxa"/>
              <w:right w:w="130" w:type="dxa"/>
            </w:tcMar>
            <w:vAlign w:val="center"/>
          </w:tcPr>
          <w:p w14:paraId="4E487E4F" w14:textId="77777777" w:rsidR="00A91957" w:rsidRPr="008E5916" w:rsidRDefault="00B16DF9">
            <w:pPr>
              <w:spacing w:after="0" w:line="271" w:lineRule="auto"/>
              <w:rPr>
                <w:sz w:val="20"/>
                <w:szCs w:val="20"/>
              </w:rPr>
            </w:pPr>
            <w:r w:rsidRPr="008E5916">
              <w:rPr>
                <w:rFonts w:eastAsia="Arial" w:cs="Arial"/>
                <w:sz w:val="20"/>
                <w:szCs w:val="20"/>
              </w:rPr>
              <w:t>Social inclusion and diversity</w:t>
            </w:r>
          </w:p>
        </w:tc>
      </w:tr>
      <w:tr w:rsidR="00A91957" w:rsidRPr="008E5916" w14:paraId="3DC4866E" w14:textId="77777777">
        <w:trPr>
          <w:cantSplit/>
          <w:trHeight w:val="652"/>
          <w:jc w:val="center"/>
        </w:trPr>
        <w:tc>
          <w:tcPr>
            <w:tcW w:w="3345" w:type="dxa"/>
            <w:tcBorders>
              <w:top w:val="nil"/>
              <w:left w:val="nil"/>
              <w:bottom w:val="single" w:sz="4" w:space="0" w:color="D8DCE1"/>
              <w:right w:val="nil"/>
            </w:tcBorders>
            <w:shd w:val="clear" w:color="auto" w:fill="F4F5F6"/>
            <w:tcMar>
              <w:top w:w="90" w:type="dxa"/>
              <w:left w:w="130" w:type="dxa"/>
              <w:bottom w:w="90" w:type="dxa"/>
              <w:right w:w="130" w:type="dxa"/>
            </w:tcMar>
            <w:vAlign w:val="center"/>
          </w:tcPr>
          <w:p w14:paraId="1967121D" w14:textId="77777777" w:rsidR="00A91957" w:rsidRPr="008E5916" w:rsidRDefault="00B16DF9">
            <w:pPr>
              <w:spacing w:after="0" w:line="271" w:lineRule="auto"/>
              <w:rPr>
                <w:sz w:val="20"/>
                <w:szCs w:val="20"/>
              </w:rPr>
            </w:pPr>
            <w:r w:rsidRPr="008E5916">
              <w:rPr>
                <w:rFonts w:eastAsia="Arial" w:cs="Arial"/>
                <w:sz w:val="20"/>
                <w:szCs w:val="20"/>
              </w:rPr>
              <w:t>Coaching</w:t>
            </w:r>
          </w:p>
        </w:tc>
        <w:tc>
          <w:tcPr>
            <w:tcW w:w="3345" w:type="dxa"/>
            <w:tcBorders>
              <w:top w:val="nil"/>
              <w:left w:val="nil"/>
              <w:bottom w:val="single" w:sz="4" w:space="0" w:color="D8DCE1"/>
              <w:right w:val="nil"/>
            </w:tcBorders>
            <w:shd w:val="clear" w:color="auto" w:fill="F4F5F6"/>
            <w:tcMar>
              <w:top w:w="90" w:type="dxa"/>
              <w:left w:w="130" w:type="dxa"/>
              <w:bottom w:w="90" w:type="dxa"/>
              <w:right w:w="130" w:type="dxa"/>
            </w:tcMar>
            <w:vAlign w:val="center"/>
          </w:tcPr>
          <w:p w14:paraId="222E9065" w14:textId="77777777" w:rsidR="00A91957" w:rsidRPr="008E5916" w:rsidRDefault="00B16DF9">
            <w:pPr>
              <w:spacing w:after="0" w:line="271" w:lineRule="auto"/>
              <w:rPr>
                <w:sz w:val="20"/>
                <w:szCs w:val="20"/>
              </w:rPr>
            </w:pPr>
            <w:r w:rsidRPr="008E5916">
              <w:rPr>
                <w:rFonts w:eastAsia="Arial" w:cs="Arial"/>
                <w:sz w:val="20"/>
                <w:szCs w:val="20"/>
              </w:rPr>
              <w:t>Effective Communication</w:t>
            </w:r>
          </w:p>
        </w:tc>
        <w:tc>
          <w:tcPr>
            <w:tcW w:w="3345" w:type="dxa"/>
            <w:tcBorders>
              <w:top w:val="nil"/>
              <w:left w:val="nil"/>
              <w:bottom w:val="single" w:sz="4" w:space="0" w:color="D8DCE1"/>
              <w:right w:val="nil"/>
            </w:tcBorders>
            <w:shd w:val="clear" w:color="auto" w:fill="F4F5F6"/>
            <w:tcMar>
              <w:top w:w="90" w:type="dxa"/>
              <w:left w:w="130" w:type="dxa"/>
              <w:bottom w:w="90" w:type="dxa"/>
              <w:right w:w="130" w:type="dxa"/>
            </w:tcMar>
            <w:vAlign w:val="center"/>
          </w:tcPr>
          <w:p w14:paraId="6F662C75" w14:textId="77777777" w:rsidR="00A91957" w:rsidRPr="008E5916" w:rsidRDefault="00B16DF9">
            <w:pPr>
              <w:spacing w:after="0" w:line="271" w:lineRule="auto"/>
              <w:rPr>
                <w:sz w:val="20"/>
                <w:szCs w:val="20"/>
              </w:rPr>
            </w:pPr>
            <w:r w:rsidRPr="008E5916">
              <w:rPr>
                <w:rFonts w:eastAsia="Arial" w:cs="Arial"/>
                <w:sz w:val="20"/>
                <w:szCs w:val="20"/>
              </w:rPr>
              <w:t>Olympism</w:t>
            </w:r>
          </w:p>
        </w:tc>
      </w:tr>
      <w:tr w:rsidR="00A91957" w:rsidRPr="008E5916" w14:paraId="2755735D" w14:textId="77777777">
        <w:trPr>
          <w:cantSplit/>
          <w:trHeight w:val="652"/>
          <w:jc w:val="center"/>
        </w:trPr>
        <w:tc>
          <w:tcPr>
            <w:tcW w:w="3345" w:type="dxa"/>
            <w:tcBorders>
              <w:top w:val="nil"/>
              <w:left w:val="nil"/>
              <w:bottom w:val="single" w:sz="4" w:space="0" w:color="D8DCE1"/>
              <w:right w:val="nil"/>
            </w:tcBorders>
            <w:shd w:val="clear" w:color="auto" w:fill="FFFFFF"/>
            <w:tcMar>
              <w:top w:w="90" w:type="dxa"/>
              <w:left w:w="130" w:type="dxa"/>
              <w:bottom w:w="90" w:type="dxa"/>
              <w:right w:w="130" w:type="dxa"/>
            </w:tcMar>
            <w:vAlign w:val="center"/>
          </w:tcPr>
          <w:p w14:paraId="3766029A" w14:textId="77777777" w:rsidR="00A91957" w:rsidRPr="008E5916" w:rsidRDefault="00B16DF9">
            <w:pPr>
              <w:spacing w:after="0" w:line="271" w:lineRule="auto"/>
              <w:rPr>
                <w:sz w:val="20"/>
                <w:szCs w:val="20"/>
              </w:rPr>
            </w:pPr>
            <w:r w:rsidRPr="008E5916">
              <w:rPr>
                <w:rFonts w:eastAsia="Arial" w:cs="Arial"/>
                <w:sz w:val="20"/>
                <w:szCs w:val="20"/>
              </w:rPr>
              <w:t>Strategic Thinking</w:t>
            </w:r>
          </w:p>
        </w:tc>
        <w:tc>
          <w:tcPr>
            <w:tcW w:w="3345" w:type="dxa"/>
            <w:tcBorders>
              <w:top w:val="nil"/>
              <w:left w:val="nil"/>
              <w:bottom w:val="single" w:sz="4" w:space="0" w:color="D8DCE1"/>
              <w:right w:val="nil"/>
            </w:tcBorders>
            <w:shd w:val="clear" w:color="auto" w:fill="FFFFFF"/>
            <w:tcMar>
              <w:top w:w="90" w:type="dxa"/>
              <w:left w:w="130" w:type="dxa"/>
              <w:bottom w:w="90" w:type="dxa"/>
              <w:right w:w="130" w:type="dxa"/>
            </w:tcMar>
            <w:vAlign w:val="center"/>
          </w:tcPr>
          <w:p w14:paraId="5F7EA336" w14:textId="77777777" w:rsidR="00A91957" w:rsidRPr="008E5916" w:rsidRDefault="00B16DF9">
            <w:pPr>
              <w:spacing w:after="0" w:line="271" w:lineRule="auto"/>
              <w:rPr>
                <w:sz w:val="20"/>
                <w:szCs w:val="20"/>
              </w:rPr>
            </w:pPr>
            <w:r w:rsidRPr="008E5916">
              <w:rPr>
                <w:rFonts w:eastAsia="Arial" w:cs="Arial"/>
                <w:sz w:val="20"/>
                <w:szCs w:val="20"/>
              </w:rPr>
              <w:t>Setting smart goals</w:t>
            </w:r>
          </w:p>
        </w:tc>
        <w:tc>
          <w:tcPr>
            <w:tcW w:w="3345" w:type="dxa"/>
            <w:tcBorders>
              <w:top w:val="nil"/>
              <w:left w:val="nil"/>
              <w:bottom w:val="single" w:sz="4" w:space="0" w:color="D8DCE1"/>
              <w:right w:val="nil"/>
            </w:tcBorders>
            <w:shd w:val="clear" w:color="auto" w:fill="FFFFFF"/>
            <w:tcMar>
              <w:top w:w="90" w:type="dxa"/>
              <w:left w:w="130" w:type="dxa"/>
              <w:bottom w:w="90" w:type="dxa"/>
              <w:right w:w="130" w:type="dxa"/>
            </w:tcMar>
            <w:vAlign w:val="center"/>
          </w:tcPr>
          <w:p w14:paraId="18484395" w14:textId="618B7A57" w:rsidR="00A91957" w:rsidRPr="008E5916" w:rsidRDefault="0040485F">
            <w:pPr>
              <w:spacing w:after="0" w:line="271" w:lineRule="auto"/>
              <w:rPr>
                <w:sz w:val="20"/>
                <w:szCs w:val="20"/>
              </w:rPr>
            </w:pPr>
            <w:r w:rsidRPr="008E5916">
              <w:rPr>
                <w:rFonts w:eastAsia="Arial" w:cs="Arial"/>
                <w:sz w:val="20"/>
                <w:szCs w:val="20"/>
              </w:rPr>
              <w:t>Safeguarding</w:t>
            </w:r>
          </w:p>
        </w:tc>
      </w:tr>
      <w:tr w:rsidR="00A91957" w:rsidRPr="008E5916" w14:paraId="6AFFF173" w14:textId="77777777">
        <w:trPr>
          <w:cantSplit/>
          <w:trHeight w:val="652"/>
          <w:jc w:val="center"/>
        </w:trPr>
        <w:tc>
          <w:tcPr>
            <w:tcW w:w="3345" w:type="dxa"/>
            <w:tcBorders>
              <w:top w:val="nil"/>
              <w:left w:val="nil"/>
              <w:bottom w:val="single" w:sz="4" w:space="0" w:color="D8DCE1"/>
              <w:right w:val="nil"/>
            </w:tcBorders>
            <w:shd w:val="clear" w:color="auto" w:fill="F4F5F6"/>
            <w:tcMar>
              <w:top w:w="90" w:type="dxa"/>
              <w:left w:w="130" w:type="dxa"/>
              <w:bottom w:w="90" w:type="dxa"/>
              <w:right w:w="130" w:type="dxa"/>
            </w:tcMar>
            <w:vAlign w:val="center"/>
          </w:tcPr>
          <w:p w14:paraId="14376E29" w14:textId="77777777" w:rsidR="00A91957" w:rsidRPr="008E5916" w:rsidRDefault="00B16DF9">
            <w:pPr>
              <w:spacing w:after="0" w:line="271" w:lineRule="auto"/>
              <w:rPr>
                <w:sz w:val="20"/>
                <w:szCs w:val="20"/>
              </w:rPr>
            </w:pPr>
            <w:r w:rsidRPr="008E5916">
              <w:rPr>
                <w:rFonts w:eastAsia="Arial" w:cs="Arial"/>
                <w:sz w:val="20"/>
                <w:szCs w:val="20"/>
              </w:rPr>
              <w:t>Conflict resolution</w:t>
            </w:r>
          </w:p>
        </w:tc>
        <w:tc>
          <w:tcPr>
            <w:tcW w:w="3345" w:type="dxa"/>
            <w:tcBorders>
              <w:top w:val="nil"/>
              <w:left w:val="nil"/>
              <w:bottom w:val="single" w:sz="4" w:space="0" w:color="D8DCE1"/>
              <w:right w:val="nil"/>
            </w:tcBorders>
            <w:shd w:val="clear" w:color="auto" w:fill="F4F5F6"/>
            <w:tcMar>
              <w:top w:w="90" w:type="dxa"/>
              <w:left w:w="130" w:type="dxa"/>
              <w:bottom w:w="90" w:type="dxa"/>
              <w:right w:w="130" w:type="dxa"/>
            </w:tcMar>
            <w:vAlign w:val="center"/>
          </w:tcPr>
          <w:p w14:paraId="2D89D74A" w14:textId="77777777" w:rsidR="00A91957" w:rsidRPr="008E5916" w:rsidRDefault="00B16DF9">
            <w:pPr>
              <w:spacing w:after="0" w:line="271" w:lineRule="auto"/>
              <w:rPr>
                <w:sz w:val="20"/>
                <w:szCs w:val="20"/>
              </w:rPr>
            </w:pPr>
            <w:r w:rsidRPr="008E5916">
              <w:rPr>
                <w:rFonts w:eastAsia="Arial" w:cs="Arial"/>
                <w:sz w:val="20"/>
                <w:szCs w:val="20"/>
              </w:rPr>
              <w:t>Team building</w:t>
            </w:r>
          </w:p>
        </w:tc>
        <w:tc>
          <w:tcPr>
            <w:tcW w:w="3345" w:type="dxa"/>
            <w:tcBorders>
              <w:top w:val="nil"/>
              <w:left w:val="nil"/>
              <w:bottom w:val="single" w:sz="4" w:space="0" w:color="D8DCE1"/>
              <w:right w:val="nil"/>
            </w:tcBorders>
            <w:shd w:val="clear" w:color="auto" w:fill="F4F5F6"/>
            <w:tcMar>
              <w:top w:w="90" w:type="dxa"/>
              <w:left w:w="130" w:type="dxa"/>
              <w:bottom w:w="90" w:type="dxa"/>
              <w:right w:w="130" w:type="dxa"/>
            </w:tcMar>
            <w:vAlign w:val="center"/>
          </w:tcPr>
          <w:p w14:paraId="1C14F4CC" w14:textId="77777777" w:rsidR="00A91957" w:rsidRPr="008E5916" w:rsidRDefault="00B16DF9">
            <w:pPr>
              <w:spacing w:after="0" w:line="271" w:lineRule="auto"/>
              <w:rPr>
                <w:sz w:val="20"/>
                <w:szCs w:val="20"/>
              </w:rPr>
            </w:pPr>
            <w:r w:rsidRPr="008E5916">
              <w:rPr>
                <w:rFonts w:eastAsia="Arial" w:cs="Arial"/>
                <w:sz w:val="20"/>
                <w:szCs w:val="20"/>
              </w:rPr>
              <w:t>Athlete 365</w:t>
            </w:r>
          </w:p>
        </w:tc>
      </w:tr>
      <w:tr w:rsidR="00A91957" w:rsidRPr="008E5916" w14:paraId="263EFBAB" w14:textId="77777777">
        <w:trPr>
          <w:cantSplit/>
          <w:trHeight w:val="652"/>
          <w:jc w:val="center"/>
        </w:trPr>
        <w:tc>
          <w:tcPr>
            <w:tcW w:w="3345" w:type="dxa"/>
            <w:tcBorders>
              <w:top w:val="nil"/>
              <w:left w:val="nil"/>
              <w:bottom w:val="single" w:sz="4" w:space="0" w:color="D8DCE1"/>
              <w:right w:val="nil"/>
            </w:tcBorders>
            <w:shd w:val="clear" w:color="auto" w:fill="FFFFFF"/>
            <w:tcMar>
              <w:top w:w="90" w:type="dxa"/>
              <w:left w:w="130" w:type="dxa"/>
              <w:bottom w:w="90" w:type="dxa"/>
              <w:right w:w="130" w:type="dxa"/>
            </w:tcMar>
            <w:vAlign w:val="center"/>
          </w:tcPr>
          <w:p w14:paraId="77DEC395" w14:textId="77777777" w:rsidR="00A91957" w:rsidRPr="008E5916" w:rsidRDefault="00B16DF9">
            <w:pPr>
              <w:spacing w:after="0" w:line="271" w:lineRule="auto"/>
              <w:rPr>
                <w:sz w:val="20"/>
                <w:szCs w:val="20"/>
              </w:rPr>
            </w:pPr>
            <w:r w:rsidRPr="008E5916">
              <w:rPr>
                <w:rFonts w:eastAsia="Arial" w:cs="Arial"/>
                <w:sz w:val="20"/>
                <w:szCs w:val="20"/>
              </w:rPr>
              <w:t>Team building</w:t>
            </w:r>
          </w:p>
        </w:tc>
        <w:tc>
          <w:tcPr>
            <w:tcW w:w="3345" w:type="dxa"/>
            <w:tcBorders>
              <w:top w:val="nil"/>
              <w:left w:val="nil"/>
              <w:bottom w:val="single" w:sz="4" w:space="0" w:color="D8DCE1"/>
              <w:right w:val="nil"/>
            </w:tcBorders>
            <w:shd w:val="clear" w:color="auto" w:fill="FFFFFF"/>
            <w:tcMar>
              <w:top w:w="90" w:type="dxa"/>
              <w:left w:w="130" w:type="dxa"/>
              <w:bottom w:w="90" w:type="dxa"/>
              <w:right w:w="130" w:type="dxa"/>
            </w:tcMar>
            <w:vAlign w:val="center"/>
          </w:tcPr>
          <w:p w14:paraId="3802203E" w14:textId="77777777" w:rsidR="00A91957" w:rsidRPr="008E5916" w:rsidRDefault="00B16DF9">
            <w:pPr>
              <w:spacing w:after="0" w:line="271" w:lineRule="auto"/>
              <w:rPr>
                <w:sz w:val="20"/>
                <w:szCs w:val="20"/>
              </w:rPr>
            </w:pPr>
            <w:r w:rsidRPr="008E5916">
              <w:rPr>
                <w:rFonts w:eastAsia="Arial" w:cs="Arial"/>
                <w:sz w:val="20"/>
                <w:szCs w:val="20"/>
              </w:rPr>
              <w:t>Accountability</w:t>
            </w:r>
          </w:p>
        </w:tc>
        <w:tc>
          <w:tcPr>
            <w:tcW w:w="3345" w:type="dxa"/>
            <w:tcBorders>
              <w:top w:val="nil"/>
              <w:left w:val="nil"/>
              <w:bottom w:val="single" w:sz="4" w:space="0" w:color="D8DCE1"/>
              <w:right w:val="nil"/>
            </w:tcBorders>
            <w:shd w:val="clear" w:color="auto" w:fill="FFFFFF"/>
            <w:tcMar>
              <w:top w:w="90" w:type="dxa"/>
              <w:left w:w="130" w:type="dxa"/>
              <w:bottom w:w="90" w:type="dxa"/>
              <w:right w:w="130" w:type="dxa"/>
            </w:tcMar>
            <w:vAlign w:val="center"/>
          </w:tcPr>
          <w:p w14:paraId="449BC0C4" w14:textId="77777777" w:rsidR="00A91957" w:rsidRPr="008E5916" w:rsidRDefault="00B16DF9">
            <w:pPr>
              <w:spacing w:after="0" w:line="271" w:lineRule="auto"/>
              <w:rPr>
                <w:sz w:val="20"/>
                <w:szCs w:val="20"/>
              </w:rPr>
            </w:pPr>
            <w:r w:rsidRPr="008E5916">
              <w:rPr>
                <w:rFonts w:eastAsia="Arial" w:cs="Arial"/>
                <w:sz w:val="20"/>
                <w:szCs w:val="20"/>
              </w:rPr>
              <w:t>Understanding the big picture</w:t>
            </w:r>
          </w:p>
        </w:tc>
      </w:tr>
    </w:tbl>
    <w:p w14:paraId="59498824" w14:textId="77777777" w:rsidR="00A91957" w:rsidRDefault="00A91957">
      <w:pPr>
        <w:spacing w:after="0" w:line="220" w:lineRule="exact"/>
      </w:pPr>
    </w:p>
    <w:tbl>
      <w:tblPr>
        <w:tblW w:w="10035" w:type="dxa"/>
        <w:jc w:val="center"/>
        <w:tblLayout w:type="fixed"/>
        <w:tblLook w:val="04A0" w:firstRow="1" w:lastRow="0" w:firstColumn="1" w:lastColumn="0" w:noHBand="0" w:noVBand="1"/>
      </w:tblPr>
      <w:tblGrid>
        <w:gridCol w:w="10035"/>
      </w:tblGrid>
      <w:tr w:rsidR="00A91957" w:rsidRPr="008E5916" w14:paraId="0378A7EA" w14:textId="77777777">
        <w:trPr>
          <w:jc w:val="center"/>
        </w:trPr>
        <w:tc>
          <w:tcPr>
            <w:tcW w:w="10035" w:type="dxa"/>
            <w:tcBorders>
              <w:top w:val="nil"/>
              <w:left w:val="nil"/>
              <w:bottom w:val="nil"/>
              <w:right w:val="nil"/>
            </w:tcBorders>
            <w:shd w:val="clear" w:color="auto" w:fill="101215"/>
            <w:tcMar>
              <w:top w:w="140" w:type="dxa"/>
              <w:left w:w="180" w:type="dxa"/>
              <w:bottom w:w="140" w:type="dxa"/>
              <w:right w:w="180" w:type="dxa"/>
            </w:tcMar>
            <w:vAlign w:val="center"/>
          </w:tcPr>
          <w:p w14:paraId="74F8AFAE" w14:textId="2976CB0E" w:rsidR="00A91957" w:rsidRPr="008E5916" w:rsidRDefault="00B16DF9">
            <w:pPr>
              <w:spacing w:after="0" w:line="283" w:lineRule="auto"/>
              <w:rPr>
                <w:sz w:val="20"/>
                <w:szCs w:val="20"/>
              </w:rPr>
            </w:pPr>
            <w:r w:rsidRPr="008E5916">
              <w:rPr>
                <w:rFonts w:eastAsia="Arial" w:cs="Arial"/>
                <w:b/>
                <w:color w:val="FFFFFF"/>
                <w:sz w:val="20"/>
                <w:szCs w:val="20"/>
              </w:rPr>
              <w:t>The National Federation of the applicant must fill</w:t>
            </w:r>
            <w:r w:rsidR="001B3794" w:rsidRPr="008E5916">
              <w:rPr>
                <w:rFonts w:eastAsia="Arial" w:cs="Arial"/>
                <w:b/>
                <w:color w:val="FFFFFF"/>
                <w:sz w:val="20"/>
                <w:szCs w:val="20"/>
              </w:rPr>
              <w:t xml:space="preserve"> jointly with the applicant</w:t>
            </w:r>
            <w:r w:rsidRPr="008E5916">
              <w:rPr>
                <w:rFonts w:eastAsia="Arial" w:cs="Arial"/>
                <w:b/>
                <w:color w:val="FFFFFF"/>
                <w:sz w:val="20"/>
                <w:szCs w:val="20"/>
              </w:rPr>
              <w:t xml:space="preserve"> and send the enclosed form (in Word) to</w:t>
            </w:r>
            <w:r w:rsidR="008E5916" w:rsidRPr="008E5916">
              <w:rPr>
                <w:rFonts w:eastAsia="Arial" w:cs="Arial"/>
                <w:b/>
                <w:color w:val="FFFFFF"/>
                <w:sz w:val="20"/>
                <w:szCs w:val="20"/>
              </w:rPr>
              <w:t>:</w:t>
            </w:r>
            <w:r w:rsidRPr="008E5916">
              <w:rPr>
                <w:rFonts w:eastAsia="Arial" w:cs="Arial"/>
                <w:b/>
                <w:color w:val="FFFFFF"/>
                <w:sz w:val="20"/>
                <w:szCs w:val="20"/>
              </w:rPr>
              <w:t xml:space="preserve"> </w:t>
            </w:r>
            <w:r w:rsidR="008E5916" w:rsidRPr="008E5916">
              <w:rPr>
                <w:rFonts w:eastAsia="Arial" w:cs="Arial"/>
                <w:b/>
                <w:color w:val="FFFFFF"/>
                <w:sz w:val="20"/>
                <w:szCs w:val="20"/>
              </w:rPr>
              <w:t>administration</w:t>
            </w:r>
            <w:r w:rsidRPr="008E5916">
              <w:rPr>
                <w:rFonts w:eastAsia="Arial" w:cs="Arial"/>
                <w:b/>
                <w:color w:val="FFFFFF"/>
                <w:sz w:val="20"/>
                <w:szCs w:val="20"/>
              </w:rPr>
              <w:t>@wako.sport</w:t>
            </w:r>
          </w:p>
        </w:tc>
      </w:tr>
    </w:tbl>
    <w:p w14:paraId="46CE7FAB" w14:textId="77777777" w:rsidR="00A91957" w:rsidRPr="008E5916" w:rsidRDefault="00B16DF9">
      <w:pPr>
        <w:pStyle w:val="Titolo2"/>
        <w:keepLines w:val="0"/>
        <w:spacing w:before="280" w:after="140" w:line="271" w:lineRule="auto"/>
        <w:rPr>
          <w:sz w:val="20"/>
          <w:szCs w:val="20"/>
        </w:rPr>
      </w:pPr>
      <w:r w:rsidRPr="008E5916">
        <w:rPr>
          <w:rFonts w:ascii="Arial" w:eastAsia="Arial" w:hAnsi="Arial" w:cs="Arial"/>
          <w:sz w:val="20"/>
          <w:szCs w:val="20"/>
        </w:rPr>
        <w:t>Approx timeline:</w:t>
      </w:r>
    </w:p>
    <w:tbl>
      <w:tblPr>
        <w:tblW w:w="10035" w:type="dxa"/>
        <w:jc w:val="center"/>
        <w:tblLayout w:type="fixed"/>
        <w:tblLook w:val="04A0" w:firstRow="1" w:lastRow="0" w:firstColumn="1" w:lastColumn="0" w:noHBand="0" w:noVBand="1"/>
      </w:tblPr>
      <w:tblGrid>
        <w:gridCol w:w="7087"/>
        <w:gridCol w:w="2948"/>
      </w:tblGrid>
      <w:tr w:rsidR="00A91957" w:rsidRPr="008E5916" w14:paraId="7AE5F4E4" w14:textId="77777777">
        <w:trPr>
          <w:cantSplit/>
          <w:trHeight w:val="652"/>
          <w:jc w:val="center"/>
        </w:trPr>
        <w:tc>
          <w:tcPr>
            <w:tcW w:w="7087" w:type="dxa"/>
            <w:tcBorders>
              <w:top w:val="nil"/>
              <w:left w:val="nil"/>
              <w:bottom w:val="single" w:sz="4" w:space="0" w:color="D8DCE1"/>
              <w:right w:val="nil"/>
            </w:tcBorders>
            <w:shd w:val="clear" w:color="auto" w:fill="F4F5F6"/>
            <w:tcMar>
              <w:top w:w="105" w:type="dxa"/>
              <w:left w:w="130" w:type="dxa"/>
              <w:bottom w:w="105" w:type="dxa"/>
              <w:right w:w="130" w:type="dxa"/>
            </w:tcMar>
            <w:vAlign w:val="center"/>
          </w:tcPr>
          <w:p w14:paraId="7B049DC8" w14:textId="77777777" w:rsidR="00A91957" w:rsidRPr="008E5916" w:rsidRDefault="00B16DF9">
            <w:pPr>
              <w:spacing w:after="0" w:line="269" w:lineRule="auto"/>
              <w:rPr>
                <w:sz w:val="20"/>
                <w:szCs w:val="20"/>
              </w:rPr>
            </w:pPr>
            <w:r w:rsidRPr="008E5916">
              <w:rPr>
                <w:rFonts w:eastAsia="Arial" w:cs="Arial"/>
                <w:sz w:val="20"/>
                <w:szCs w:val="20"/>
              </w:rPr>
              <w:t>Application deadline is;</w:t>
            </w:r>
          </w:p>
        </w:tc>
        <w:tc>
          <w:tcPr>
            <w:tcW w:w="2948" w:type="dxa"/>
            <w:tcBorders>
              <w:top w:val="nil"/>
              <w:left w:val="nil"/>
              <w:bottom w:val="single" w:sz="4" w:space="0" w:color="D8DCE1"/>
              <w:right w:val="nil"/>
            </w:tcBorders>
            <w:shd w:val="clear" w:color="auto" w:fill="F4F5F6"/>
            <w:tcMar>
              <w:top w:w="105" w:type="dxa"/>
              <w:left w:w="130" w:type="dxa"/>
              <w:bottom w:w="105" w:type="dxa"/>
              <w:right w:w="130" w:type="dxa"/>
            </w:tcMar>
            <w:vAlign w:val="center"/>
          </w:tcPr>
          <w:p w14:paraId="7B25F99D" w14:textId="03B8CE66" w:rsidR="00A91957" w:rsidRPr="008E5916" w:rsidRDefault="00B16DF9">
            <w:pPr>
              <w:spacing w:after="0" w:line="269" w:lineRule="auto"/>
              <w:rPr>
                <w:sz w:val="20"/>
                <w:szCs w:val="20"/>
              </w:rPr>
            </w:pPr>
            <w:r w:rsidRPr="008E5916">
              <w:rPr>
                <w:rFonts w:eastAsia="Arial" w:cs="Arial"/>
                <w:b/>
                <w:color w:val="E4222B"/>
                <w:sz w:val="20"/>
                <w:szCs w:val="20"/>
              </w:rPr>
              <w:t>Within 1</w:t>
            </w:r>
            <w:r w:rsidR="00663B06" w:rsidRPr="008E5916">
              <w:rPr>
                <w:rFonts w:eastAsia="Arial" w:cs="Arial"/>
                <w:b/>
                <w:color w:val="E4222B"/>
                <w:sz w:val="20"/>
                <w:szCs w:val="20"/>
              </w:rPr>
              <w:t>5</w:t>
            </w:r>
            <w:r w:rsidRPr="008E5916">
              <w:rPr>
                <w:rFonts w:eastAsia="Arial" w:cs="Arial"/>
                <w:b/>
                <w:color w:val="E4222B"/>
                <w:sz w:val="20"/>
                <w:szCs w:val="20"/>
              </w:rPr>
              <w:t xml:space="preserve"> October</w:t>
            </w:r>
          </w:p>
        </w:tc>
      </w:tr>
      <w:tr w:rsidR="00A91957" w:rsidRPr="008E5916" w14:paraId="571466AE" w14:textId="77777777">
        <w:trPr>
          <w:cantSplit/>
          <w:trHeight w:val="652"/>
          <w:jc w:val="center"/>
        </w:trPr>
        <w:tc>
          <w:tcPr>
            <w:tcW w:w="7087" w:type="dxa"/>
            <w:tcBorders>
              <w:top w:val="nil"/>
              <w:left w:val="nil"/>
              <w:bottom w:val="single" w:sz="4" w:space="0" w:color="D8DCE1"/>
              <w:right w:val="nil"/>
            </w:tcBorders>
            <w:shd w:val="clear" w:color="auto" w:fill="FFFFFF"/>
            <w:tcMar>
              <w:top w:w="105" w:type="dxa"/>
              <w:left w:w="130" w:type="dxa"/>
              <w:bottom w:w="105" w:type="dxa"/>
              <w:right w:w="130" w:type="dxa"/>
            </w:tcMar>
            <w:vAlign w:val="center"/>
          </w:tcPr>
          <w:p w14:paraId="62F0CE94" w14:textId="77777777" w:rsidR="00A91957" w:rsidRPr="008E5916" w:rsidRDefault="00B16DF9">
            <w:pPr>
              <w:spacing w:after="0" w:line="269" w:lineRule="auto"/>
              <w:rPr>
                <w:sz w:val="20"/>
                <w:szCs w:val="20"/>
              </w:rPr>
            </w:pPr>
            <w:r w:rsidRPr="008E5916">
              <w:rPr>
                <w:rFonts w:eastAsia="Arial" w:cs="Arial"/>
                <w:sz w:val="20"/>
                <w:szCs w:val="20"/>
              </w:rPr>
              <w:t xml:space="preserve">A final reply to the applicants will be </w:t>
            </w:r>
            <w:proofErr w:type="gramStart"/>
            <w:r w:rsidRPr="008E5916">
              <w:rPr>
                <w:rFonts w:eastAsia="Arial" w:cs="Arial"/>
                <w:sz w:val="20"/>
                <w:szCs w:val="20"/>
              </w:rPr>
              <w:t>done</w:t>
            </w:r>
            <w:proofErr w:type="gramEnd"/>
            <w:r w:rsidRPr="008E5916">
              <w:rPr>
                <w:rFonts w:eastAsia="Arial" w:cs="Arial"/>
                <w:sz w:val="20"/>
                <w:szCs w:val="20"/>
              </w:rPr>
              <w:t xml:space="preserve"> within;</w:t>
            </w:r>
          </w:p>
        </w:tc>
        <w:tc>
          <w:tcPr>
            <w:tcW w:w="2948" w:type="dxa"/>
            <w:tcBorders>
              <w:top w:val="nil"/>
              <w:left w:val="nil"/>
              <w:bottom w:val="single" w:sz="4" w:space="0" w:color="D8DCE1"/>
              <w:right w:val="nil"/>
            </w:tcBorders>
            <w:shd w:val="clear" w:color="auto" w:fill="FFFFFF"/>
            <w:tcMar>
              <w:top w:w="105" w:type="dxa"/>
              <w:left w:w="130" w:type="dxa"/>
              <w:bottom w:w="105" w:type="dxa"/>
              <w:right w:w="130" w:type="dxa"/>
            </w:tcMar>
            <w:vAlign w:val="center"/>
          </w:tcPr>
          <w:p w14:paraId="4B31F86E" w14:textId="63D2DB12" w:rsidR="00A91957" w:rsidRPr="008E5916" w:rsidRDefault="00B16DF9">
            <w:pPr>
              <w:spacing w:after="0" w:line="269" w:lineRule="auto"/>
              <w:rPr>
                <w:sz w:val="20"/>
                <w:szCs w:val="20"/>
              </w:rPr>
            </w:pPr>
            <w:r w:rsidRPr="008E5916">
              <w:rPr>
                <w:rFonts w:eastAsia="Arial" w:cs="Arial"/>
                <w:b/>
                <w:color w:val="E4222B"/>
                <w:sz w:val="20"/>
                <w:szCs w:val="20"/>
              </w:rPr>
              <w:t>Within 1</w:t>
            </w:r>
            <w:r w:rsidR="00663B06" w:rsidRPr="008E5916">
              <w:rPr>
                <w:rFonts w:eastAsia="Arial" w:cs="Arial"/>
                <w:b/>
                <w:color w:val="E4222B"/>
                <w:sz w:val="20"/>
                <w:szCs w:val="20"/>
              </w:rPr>
              <w:t>5</w:t>
            </w:r>
            <w:r w:rsidRPr="008E5916">
              <w:rPr>
                <w:rFonts w:eastAsia="Arial" w:cs="Arial"/>
                <w:b/>
                <w:color w:val="E4222B"/>
                <w:sz w:val="20"/>
                <w:szCs w:val="20"/>
              </w:rPr>
              <w:t xml:space="preserve"> November</w:t>
            </w:r>
          </w:p>
        </w:tc>
      </w:tr>
      <w:tr w:rsidR="00A91957" w:rsidRPr="008E5916" w14:paraId="6200C557" w14:textId="77777777">
        <w:trPr>
          <w:cantSplit/>
          <w:trHeight w:val="652"/>
          <w:jc w:val="center"/>
        </w:trPr>
        <w:tc>
          <w:tcPr>
            <w:tcW w:w="7087" w:type="dxa"/>
            <w:tcBorders>
              <w:top w:val="nil"/>
              <w:left w:val="nil"/>
              <w:bottom w:val="single" w:sz="4" w:space="0" w:color="D8DCE1"/>
              <w:right w:val="nil"/>
            </w:tcBorders>
            <w:shd w:val="clear" w:color="auto" w:fill="F4F5F6"/>
            <w:tcMar>
              <w:top w:w="105" w:type="dxa"/>
              <w:left w:w="130" w:type="dxa"/>
              <w:bottom w:w="105" w:type="dxa"/>
              <w:right w:w="130" w:type="dxa"/>
            </w:tcMar>
            <w:vAlign w:val="center"/>
          </w:tcPr>
          <w:p w14:paraId="44B40F6E" w14:textId="77777777" w:rsidR="00A91957" w:rsidRPr="008E5916" w:rsidRDefault="00B16DF9">
            <w:pPr>
              <w:spacing w:after="0" w:line="269" w:lineRule="auto"/>
              <w:rPr>
                <w:sz w:val="20"/>
                <w:szCs w:val="20"/>
              </w:rPr>
            </w:pPr>
            <w:r w:rsidRPr="008E5916">
              <w:rPr>
                <w:rFonts w:eastAsia="Arial" w:cs="Arial"/>
                <w:sz w:val="20"/>
                <w:szCs w:val="20"/>
              </w:rPr>
              <w:t>Announcement will be done;</w:t>
            </w:r>
          </w:p>
        </w:tc>
        <w:tc>
          <w:tcPr>
            <w:tcW w:w="2948" w:type="dxa"/>
            <w:tcBorders>
              <w:top w:val="nil"/>
              <w:left w:val="nil"/>
              <w:bottom w:val="single" w:sz="4" w:space="0" w:color="D8DCE1"/>
              <w:right w:val="nil"/>
            </w:tcBorders>
            <w:shd w:val="clear" w:color="auto" w:fill="F4F5F6"/>
            <w:tcMar>
              <w:top w:w="105" w:type="dxa"/>
              <w:left w:w="130" w:type="dxa"/>
              <w:bottom w:w="105" w:type="dxa"/>
              <w:right w:w="130" w:type="dxa"/>
            </w:tcMar>
            <w:vAlign w:val="center"/>
          </w:tcPr>
          <w:p w14:paraId="4AC0D038" w14:textId="3AC6CFCC" w:rsidR="00A91957" w:rsidRPr="008E5916" w:rsidRDefault="00B16DF9">
            <w:pPr>
              <w:spacing w:after="0" w:line="269" w:lineRule="auto"/>
              <w:rPr>
                <w:sz w:val="20"/>
                <w:szCs w:val="20"/>
              </w:rPr>
            </w:pPr>
            <w:r w:rsidRPr="008E5916">
              <w:rPr>
                <w:rFonts w:eastAsia="Arial" w:cs="Arial"/>
                <w:b/>
                <w:color w:val="E4222B"/>
                <w:sz w:val="20"/>
                <w:szCs w:val="20"/>
              </w:rPr>
              <w:t xml:space="preserve">Within </w:t>
            </w:r>
            <w:r w:rsidR="00663B06" w:rsidRPr="008E5916">
              <w:rPr>
                <w:rFonts w:eastAsia="Arial" w:cs="Arial"/>
                <w:b/>
                <w:color w:val="E4222B"/>
                <w:sz w:val="20"/>
                <w:szCs w:val="20"/>
              </w:rPr>
              <w:t>20</w:t>
            </w:r>
            <w:r w:rsidRPr="008E5916">
              <w:rPr>
                <w:rFonts w:eastAsia="Arial" w:cs="Arial"/>
                <w:b/>
                <w:color w:val="E4222B"/>
                <w:sz w:val="20"/>
                <w:szCs w:val="20"/>
              </w:rPr>
              <w:t xml:space="preserve"> November</w:t>
            </w:r>
          </w:p>
        </w:tc>
      </w:tr>
      <w:tr w:rsidR="00A91957" w:rsidRPr="008E5916" w14:paraId="00D60299" w14:textId="77777777">
        <w:trPr>
          <w:cantSplit/>
          <w:trHeight w:val="652"/>
          <w:jc w:val="center"/>
        </w:trPr>
        <w:tc>
          <w:tcPr>
            <w:tcW w:w="7087" w:type="dxa"/>
            <w:tcBorders>
              <w:top w:val="nil"/>
              <w:left w:val="nil"/>
              <w:bottom w:val="single" w:sz="4" w:space="0" w:color="D8DCE1"/>
              <w:right w:val="nil"/>
            </w:tcBorders>
            <w:shd w:val="clear" w:color="auto" w:fill="FFFFFF"/>
            <w:tcMar>
              <w:top w:w="105" w:type="dxa"/>
              <w:left w:w="130" w:type="dxa"/>
              <w:bottom w:w="105" w:type="dxa"/>
              <w:right w:w="130" w:type="dxa"/>
            </w:tcMar>
            <w:vAlign w:val="center"/>
          </w:tcPr>
          <w:p w14:paraId="529F8201" w14:textId="6128EDD5" w:rsidR="00A91957" w:rsidRPr="008E5916" w:rsidRDefault="00B16DF9">
            <w:pPr>
              <w:spacing w:after="0" w:line="269" w:lineRule="auto"/>
              <w:rPr>
                <w:sz w:val="20"/>
                <w:szCs w:val="20"/>
              </w:rPr>
            </w:pPr>
            <w:r w:rsidRPr="008E5916">
              <w:rPr>
                <w:rFonts w:eastAsia="Arial" w:cs="Arial"/>
                <w:sz w:val="20"/>
                <w:szCs w:val="20"/>
              </w:rPr>
              <w:t xml:space="preserve">Contract </w:t>
            </w:r>
            <w:r w:rsidR="00663B06" w:rsidRPr="008E5916">
              <w:rPr>
                <w:rFonts w:eastAsia="Arial" w:cs="Arial"/>
                <w:sz w:val="20"/>
                <w:szCs w:val="20"/>
              </w:rPr>
              <w:t xml:space="preserve">with each NF </w:t>
            </w:r>
            <w:r w:rsidRPr="008E5916">
              <w:rPr>
                <w:rFonts w:eastAsia="Arial" w:cs="Arial"/>
                <w:sz w:val="20"/>
                <w:szCs w:val="20"/>
              </w:rPr>
              <w:t>to be signed;</w:t>
            </w:r>
          </w:p>
        </w:tc>
        <w:tc>
          <w:tcPr>
            <w:tcW w:w="2948" w:type="dxa"/>
            <w:tcBorders>
              <w:top w:val="nil"/>
              <w:left w:val="nil"/>
              <w:bottom w:val="single" w:sz="4" w:space="0" w:color="D8DCE1"/>
              <w:right w:val="nil"/>
            </w:tcBorders>
            <w:shd w:val="clear" w:color="auto" w:fill="FFFFFF"/>
            <w:tcMar>
              <w:top w:w="105" w:type="dxa"/>
              <w:left w:w="130" w:type="dxa"/>
              <w:bottom w:w="105" w:type="dxa"/>
              <w:right w:w="130" w:type="dxa"/>
            </w:tcMar>
            <w:vAlign w:val="center"/>
          </w:tcPr>
          <w:p w14:paraId="4C4B53AD" w14:textId="77777777" w:rsidR="00A91957" w:rsidRPr="008E5916" w:rsidRDefault="00B16DF9">
            <w:pPr>
              <w:spacing w:after="0" w:line="269" w:lineRule="auto"/>
              <w:rPr>
                <w:sz w:val="20"/>
                <w:szCs w:val="20"/>
              </w:rPr>
            </w:pPr>
            <w:r w:rsidRPr="008E5916">
              <w:rPr>
                <w:rFonts w:eastAsia="Arial" w:cs="Arial"/>
                <w:b/>
                <w:color w:val="E4222B"/>
                <w:sz w:val="20"/>
                <w:szCs w:val="20"/>
              </w:rPr>
              <w:t>Within 10 December</w:t>
            </w:r>
          </w:p>
        </w:tc>
      </w:tr>
      <w:tr w:rsidR="00A91957" w:rsidRPr="008E5916" w14:paraId="3C47D41D" w14:textId="77777777">
        <w:trPr>
          <w:cantSplit/>
          <w:trHeight w:val="652"/>
          <w:jc w:val="center"/>
        </w:trPr>
        <w:tc>
          <w:tcPr>
            <w:tcW w:w="7087" w:type="dxa"/>
            <w:tcBorders>
              <w:top w:val="nil"/>
              <w:left w:val="nil"/>
              <w:bottom w:val="single" w:sz="4" w:space="0" w:color="D8DCE1"/>
              <w:right w:val="nil"/>
            </w:tcBorders>
            <w:shd w:val="clear" w:color="auto" w:fill="F4F5F6"/>
            <w:tcMar>
              <w:top w:w="105" w:type="dxa"/>
              <w:left w:w="130" w:type="dxa"/>
              <w:bottom w:w="105" w:type="dxa"/>
              <w:right w:w="130" w:type="dxa"/>
            </w:tcMar>
            <w:vAlign w:val="center"/>
          </w:tcPr>
          <w:p w14:paraId="2D2E4687" w14:textId="77777777" w:rsidR="00A91957" w:rsidRPr="008E5916" w:rsidRDefault="00B16DF9">
            <w:pPr>
              <w:spacing w:after="0" w:line="269" w:lineRule="auto"/>
              <w:rPr>
                <w:sz w:val="20"/>
                <w:szCs w:val="20"/>
              </w:rPr>
            </w:pPr>
            <w:r w:rsidRPr="008E5916">
              <w:rPr>
                <w:rFonts w:eastAsia="Arial" w:cs="Arial"/>
                <w:sz w:val="20"/>
                <w:szCs w:val="20"/>
              </w:rPr>
              <w:lastRenderedPageBreak/>
              <w:t>Start of program</w:t>
            </w:r>
          </w:p>
        </w:tc>
        <w:tc>
          <w:tcPr>
            <w:tcW w:w="2948" w:type="dxa"/>
            <w:tcBorders>
              <w:top w:val="nil"/>
              <w:left w:val="nil"/>
              <w:bottom w:val="single" w:sz="4" w:space="0" w:color="D8DCE1"/>
              <w:right w:val="nil"/>
            </w:tcBorders>
            <w:shd w:val="clear" w:color="auto" w:fill="F4F5F6"/>
            <w:tcMar>
              <w:top w:w="105" w:type="dxa"/>
              <w:left w:w="130" w:type="dxa"/>
              <w:bottom w:w="105" w:type="dxa"/>
              <w:right w:w="130" w:type="dxa"/>
            </w:tcMar>
            <w:vAlign w:val="center"/>
          </w:tcPr>
          <w:p w14:paraId="6354838E" w14:textId="7CD7FB25" w:rsidR="00A91957" w:rsidRPr="008E5916" w:rsidRDefault="00663B06">
            <w:pPr>
              <w:spacing w:after="0" w:line="269" w:lineRule="auto"/>
              <w:rPr>
                <w:sz w:val="20"/>
                <w:szCs w:val="20"/>
              </w:rPr>
            </w:pPr>
            <w:r w:rsidRPr="008E5916">
              <w:rPr>
                <w:rFonts w:eastAsia="Arial" w:cs="Arial"/>
                <w:b/>
                <w:color w:val="E4222B"/>
                <w:sz w:val="20"/>
                <w:szCs w:val="20"/>
              </w:rPr>
              <w:t>January</w:t>
            </w:r>
          </w:p>
        </w:tc>
      </w:tr>
    </w:tbl>
    <w:p w14:paraId="2AA11F86" w14:textId="77777777" w:rsidR="00A91957" w:rsidRDefault="00B16DF9">
      <w:r>
        <w:br w:type="page"/>
      </w:r>
    </w:p>
    <w:p w14:paraId="024319FF" w14:textId="3EDA2817" w:rsidR="00A91957" w:rsidRDefault="00B16DF9">
      <w:pPr>
        <w:pStyle w:val="WAKOEyebrow"/>
        <w:keepNext/>
        <w:spacing w:after="100" w:line="271" w:lineRule="auto"/>
      </w:pPr>
      <w:r>
        <w:rPr>
          <w:rFonts w:eastAsia="Arial" w:cs="Arial"/>
        </w:rPr>
        <w:lastRenderedPageBreak/>
        <w:t>03 / APPLICANT INFORMATION</w:t>
      </w:r>
    </w:p>
    <w:p w14:paraId="6348F598" w14:textId="77777777" w:rsidR="00A91957" w:rsidRDefault="00B16DF9">
      <w:pPr>
        <w:pStyle w:val="Titolo"/>
        <w:spacing w:line="271" w:lineRule="auto"/>
      </w:pPr>
      <w:r>
        <w:rPr>
          <w:rFonts w:ascii="Arial" w:eastAsia="Arial" w:hAnsi="Arial" w:cs="Arial"/>
          <w:sz w:val="58"/>
        </w:rPr>
        <w:t>APPLICATION FORM</w:t>
      </w:r>
    </w:p>
    <w:p w14:paraId="0102BDA3" w14:textId="77777777" w:rsidR="00A91957" w:rsidRDefault="00B16DF9">
      <w:pPr>
        <w:spacing w:after="180"/>
      </w:pPr>
      <w:r>
        <w:rPr>
          <w:rFonts w:eastAsia="Arial" w:cs="Arial"/>
          <w:sz w:val="22"/>
        </w:rPr>
        <w:t>Please fill in all necessary information in the below columns. The columns will automatically expand when writing.</w:t>
      </w:r>
    </w:p>
    <w:tbl>
      <w:tblPr>
        <w:tblW w:w="10035" w:type="dxa"/>
        <w:jc w:val="center"/>
        <w:tblLayout w:type="fixed"/>
        <w:tblLook w:val="04A0" w:firstRow="1" w:lastRow="0" w:firstColumn="1" w:lastColumn="0" w:noHBand="0" w:noVBand="1"/>
      </w:tblPr>
      <w:tblGrid>
        <w:gridCol w:w="4876"/>
        <w:gridCol w:w="283"/>
        <w:gridCol w:w="4876"/>
      </w:tblGrid>
      <w:tr w:rsidR="00A91957" w14:paraId="31803833" w14:textId="77777777">
        <w:trPr>
          <w:jc w:val="center"/>
        </w:trPr>
        <w:tc>
          <w:tcPr>
            <w:tcW w:w="4876" w:type="dxa"/>
            <w:tcBorders>
              <w:top w:val="nil"/>
              <w:left w:val="nil"/>
              <w:bottom w:val="nil"/>
              <w:right w:val="nil"/>
            </w:tcBorders>
            <w:tcMar>
              <w:top w:w="0" w:type="dxa"/>
              <w:left w:w="0" w:type="dxa"/>
              <w:bottom w:w="0" w:type="dxa"/>
              <w:right w:w="0" w:type="dxa"/>
            </w:tcMar>
            <w:vAlign w:val="center"/>
          </w:tcPr>
          <w:p w14:paraId="6131D288" w14:textId="77777777" w:rsidR="00A91957" w:rsidRDefault="00B16DF9">
            <w:pPr>
              <w:keepNext/>
              <w:spacing w:before="100" w:after="100" w:line="264" w:lineRule="auto"/>
            </w:pPr>
            <w:r>
              <w:rPr>
                <w:rFonts w:eastAsia="Arial" w:cs="Arial"/>
                <w:b/>
                <w:sz w:val="20"/>
              </w:rPr>
              <w:t>Name and surname of the applicant;</w:t>
            </w:r>
          </w:p>
        </w:tc>
        <w:tc>
          <w:tcPr>
            <w:tcW w:w="283" w:type="dxa"/>
            <w:tcBorders>
              <w:top w:val="nil"/>
              <w:left w:val="nil"/>
              <w:bottom w:val="nil"/>
              <w:right w:val="nil"/>
            </w:tcBorders>
            <w:tcMar>
              <w:top w:w="0" w:type="dxa"/>
              <w:left w:w="0" w:type="dxa"/>
              <w:bottom w:w="0" w:type="dxa"/>
              <w:right w:w="0" w:type="dxa"/>
            </w:tcMar>
            <w:vAlign w:val="center"/>
          </w:tcPr>
          <w:p w14:paraId="4F668DB6" w14:textId="77777777" w:rsidR="00A91957" w:rsidRDefault="00A91957">
            <w:pPr>
              <w:spacing w:after="0" w:line="264" w:lineRule="auto"/>
            </w:pPr>
          </w:p>
        </w:tc>
        <w:tc>
          <w:tcPr>
            <w:tcW w:w="4876" w:type="dxa"/>
            <w:tcBorders>
              <w:top w:val="nil"/>
              <w:left w:val="nil"/>
              <w:bottom w:val="nil"/>
              <w:right w:val="nil"/>
            </w:tcBorders>
            <w:tcMar>
              <w:top w:w="0" w:type="dxa"/>
              <w:left w:w="0" w:type="dxa"/>
              <w:bottom w:w="0" w:type="dxa"/>
              <w:right w:w="0" w:type="dxa"/>
            </w:tcMar>
            <w:vAlign w:val="center"/>
          </w:tcPr>
          <w:p w14:paraId="2C577069" w14:textId="77777777" w:rsidR="00A91957" w:rsidRDefault="00B16DF9">
            <w:pPr>
              <w:keepNext/>
              <w:spacing w:before="100" w:after="100" w:line="264" w:lineRule="auto"/>
            </w:pPr>
            <w:r>
              <w:rPr>
                <w:rFonts w:eastAsia="Arial" w:cs="Arial"/>
                <w:b/>
                <w:sz w:val="20"/>
              </w:rPr>
              <w:t>E-mail of the applicant;</w:t>
            </w:r>
          </w:p>
        </w:tc>
      </w:tr>
      <w:tr w:rsidR="00A91957" w14:paraId="401B098A" w14:textId="77777777">
        <w:trPr>
          <w:cantSplit/>
          <w:trHeight w:val="590"/>
          <w:jc w:val="center"/>
        </w:trPr>
        <w:tc>
          <w:tcPr>
            <w:tcW w:w="4876" w:type="dxa"/>
            <w:tcBorders>
              <w:top w:val="single" w:sz="4" w:space="0" w:color="D8DCE1"/>
              <w:left w:val="single" w:sz="4" w:space="0" w:color="D8DCE1"/>
              <w:bottom w:val="single" w:sz="4" w:space="0" w:color="D8DCE1"/>
              <w:right w:val="single" w:sz="4" w:space="0" w:color="D8DCE1"/>
            </w:tcBorders>
            <w:shd w:val="clear" w:color="auto" w:fill="F4F5F6"/>
            <w:tcMar>
              <w:top w:w="115" w:type="dxa"/>
              <w:left w:w="140" w:type="dxa"/>
              <w:bottom w:w="110" w:type="dxa"/>
              <w:right w:w="140" w:type="dxa"/>
            </w:tcMar>
            <w:vAlign w:val="center"/>
          </w:tcPr>
          <w:p w14:paraId="1EF8BE04" w14:textId="77777777" w:rsidR="00A91957" w:rsidRDefault="00000000">
            <w:pPr>
              <w:spacing w:after="0" w:line="264" w:lineRule="auto"/>
            </w:pPr>
            <w:sdt>
              <w:sdtPr>
                <w:alias w:val="Applicant Name"/>
                <w:tag w:val="applicant_name"/>
                <w:id w:val="310001"/>
                <w:showingPlcHdr/>
                <w:text w:multiLine="1"/>
              </w:sdtPr>
              <w:sdtContent>
                <w:r w:rsidR="00B16DF9">
                  <w:rPr>
                    <w:rStyle w:val="Plassholdertekst1"/>
                    <w:sz w:val="19"/>
                  </w:rPr>
                  <w:t>Click or tap here to enter text.</w:t>
                </w:r>
              </w:sdtContent>
            </w:sdt>
          </w:p>
        </w:tc>
        <w:tc>
          <w:tcPr>
            <w:tcW w:w="283" w:type="dxa"/>
            <w:tcBorders>
              <w:top w:val="nil"/>
              <w:left w:val="nil"/>
              <w:bottom w:val="nil"/>
              <w:right w:val="nil"/>
            </w:tcBorders>
            <w:tcMar>
              <w:top w:w="0" w:type="dxa"/>
              <w:left w:w="0" w:type="dxa"/>
              <w:bottom w:w="0" w:type="dxa"/>
              <w:right w:w="0" w:type="dxa"/>
            </w:tcMar>
            <w:vAlign w:val="center"/>
          </w:tcPr>
          <w:p w14:paraId="479E6FDA" w14:textId="77777777" w:rsidR="00A91957" w:rsidRDefault="00A91957">
            <w:pPr>
              <w:spacing w:after="0" w:line="264" w:lineRule="auto"/>
            </w:pPr>
          </w:p>
        </w:tc>
        <w:tc>
          <w:tcPr>
            <w:tcW w:w="4876" w:type="dxa"/>
            <w:tcBorders>
              <w:top w:val="single" w:sz="4" w:space="0" w:color="D8DCE1"/>
              <w:left w:val="single" w:sz="4" w:space="0" w:color="D8DCE1"/>
              <w:bottom w:val="single" w:sz="4" w:space="0" w:color="D8DCE1"/>
              <w:right w:val="single" w:sz="4" w:space="0" w:color="D8DCE1"/>
            </w:tcBorders>
            <w:shd w:val="clear" w:color="auto" w:fill="F4F5F6"/>
            <w:tcMar>
              <w:top w:w="115" w:type="dxa"/>
              <w:left w:w="140" w:type="dxa"/>
              <w:bottom w:w="110" w:type="dxa"/>
              <w:right w:w="140" w:type="dxa"/>
            </w:tcMar>
            <w:vAlign w:val="center"/>
          </w:tcPr>
          <w:p w14:paraId="2435D437" w14:textId="77777777" w:rsidR="00A91957" w:rsidRDefault="00000000">
            <w:pPr>
              <w:spacing w:after="0" w:line="264" w:lineRule="auto"/>
            </w:pPr>
            <w:sdt>
              <w:sdtPr>
                <w:alias w:val="Applicant Email"/>
                <w:tag w:val="applicant_email"/>
                <w:id w:val="310002"/>
                <w:showingPlcHdr/>
                <w:text w:multiLine="1"/>
              </w:sdtPr>
              <w:sdtContent>
                <w:r w:rsidR="00B16DF9">
                  <w:rPr>
                    <w:rStyle w:val="Plassholdertekst1"/>
                    <w:sz w:val="19"/>
                  </w:rPr>
                  <w:t>Click or tap here to enter text.</w:t>
                </w:r>
              </w:sdtContent>
            </w:sdt>
          </w:p>
        </w:tc>
      </w:tr>
      <w:tr w:rsidR="00A91957" w14:paraId="209A3D1C" w14:textId="77777777">
        <w:trPr>
          <w:jc w:val="center"/>
        </w:trPr>
        <w:tc>
          <w:tcPr>
            <w:tcW w:w="4876" w:type="dxa"/>
            <w:tcBorders>
              <w:top w:val="nil"/>
              <w:left w:val="nil"/>
              <w:bottom w:val="nil"/>
              <w:right w:val="nil"/>
            </w:tcBorders>
            <w:tcMar>
              <w:top w:w="0" w:type="dxa"/>
              <w:left w:w="0" w:type="dxa"/>
              <w:bottom w:w="0" w:type="dxa"/>
              <w:right w:w="0" w:type="dxa"/>
            </w:tcMar>
            <w:vAlign w:val="center"/>
          </w:tcPr>
          <w:p w14:paraId="6849B884" w14:textId="77777777" w:rsidR="00A91957" w:rsidRDefault="00B16DF9">
            <w:pPr>
              <w:keepNext/>
              <w:spacing w:before="100" w:after="100" w:line="264" w:lineRule="auto"/>
            </w:pPr>
            <w:r>
              <w:rPr>
                <w:rFonts w:eastAsia="Arial" w:cs="Arial"/>
                <w:b/>
                <w:sz w:val="20"/>
              </w:rPr>
              <w:t>Member of National federation (Country);</w:t>
            </w:r>
          </w:p>
        </w:tc>
        <w:tc>
          <w:tcPr>
            <w:tcW w:w="283" w:type="dxa"/>
            <w:tcBorders>
              <w:top w:val="nil"/>
              <w:left w:val="nil"/>
              <w:bottom w:val="nil"/>
              <w:right w:val="nil"/>
            </w:tcBorders>
            <w:tcMar>
              <w:top w:w="0" w:type="dxa"/>
              <w:left w:w="0" w:type="dxa"/>
              <w:bottom w:w="0" w:type="dxa"/>
              <w:right w:w="0" w:type="dxa"/>
            </w:tcMar>
            <w:vAlign w:val="center"/>
          </w:tcPr>
          <w:p w14:paraId="6F38816F" w14:textId="77777777" w:rsidR="00A91957" w:rsidRDefault="00A91957">
            <w:pPr>
              <w:spacing w:after="0" w:line="264" w:lineRule="auto"/>
            </w:pPr>
          </w:p>
        </w:tc>
        <w:tc>
          <w:tcPr>
            <w:tcW w:w="4876" w:type="dxa"/>
            <w:tcBorders>
              <w:top w:val="nil"/>
              <w:left w:val="nil"/>
              <w:bottom w:val="nil"/>
              <w:right w:val="nil"/>
            </w:tcBorders>
            <w:tcMar>
              <w:top w:w="0" w:type="dxa"/>
              <w:left w:w="0" w:type="dxa"/>
              <w:bottom w:w="0" w:type="dxa"/>
              <w:right w:w="0" w:type="dxa"/>
            </w:tcMar>
            <w:vAlign w:val="center"/>
          </w:tcPr>
          <w:p w14:paraId="65CA653A" w14:textId="77777777" w:rsidR="00A91957" w:rsidRDefault="00B16DF9">
            <w:pPr>
              <w:keepNext/>
              <w:spacing w:before="100" w:after="100" w:line="264" w:lineRule="auto"/>
            </w:pPr>
            <w:r>
              <w:rPr>
                <w:rFonts w:eastAsia="Arial" w:cs="Arial"/>
                <w:b/>
                <w:sz w:val="20"/>
              </w:rPr>
              <w:t>Languages spoken by the applicant;</w:t>
            </w:r>
          </w:p>
        </w:tc>
      </w:tr>
      <w:tr w:rsidR="00A91957" w14:paraId="00076CD4" w14:textId="77777777">
        <w:trPr>
          <w:cantSplit/>
          <w:trHeight w:val="590"/>
          <w:jc w:val="center"/>
        </w:trPr>
        <w:tc>
          <w:tcPr>
            <w:tcW w:w="4876" w:type="dxa"/>
            <w:tcBorders>
              <w:top w:val="single" w:sz="4" w:space="0" w:color="D8DCE1"/>
              <w:left w:val="single" w:sz="4" w:space="0" w:color="D8DCE1"/>
              <w:bottom w:val="single" w:sz="4" w:space="0" w:color="D8DCE1"/>
              <w:right w:val="single" w:sz="4" w:space="0" w:color="D8DCE1"/>
            </w:tcBorders>
            <w:shd w:val="clear" w:color="auto" w:fill="F4F5F6"/>
            <w:tcMar>
              <w:top w:w="115" w:type="dxa"/>
              <w:left w:w="140" w:type="dxa"/>
              <w:bottom w:w="110" w:type="dxa"/>
              <w:right w:w="140" w:type="dxa"/>
            </w:tcMar>
            <w:vAlign w:val="center"/>
          </w:tcPr>
          <w:p w14:paraId="5827293F" w14:textId="77777777" w:rsidR="00A91957" w:rsidRDefault="00000000">
            <w:pPr>
              <w:spacing w:after="0" w:line="264" w:lineRule="auto"/>
            </w:pPr>
            <w:sdt>
              <w:sdtPr>
                <w:alias w:val="National Federation Country"/>
                <w:tag w:val="national_federation_country"/>
                <w:id w:val="310003"/>
                <w:showingPlcHdr/>
                <w:text w:multiLine="1"/>
              </w:sdtPr>
              <w:sdtContent>
                <w:r w:rsidR="00B16DF9">
                  <w:rPr>
                    <w:rStyle w:val="Plassholdertekst1"/>
                    <w:sz w:val="19"/>
                  </w:rPr>
                  <w:t>Click or tap here to enter text.</w:t>
                </w:r>
              </w:sdtContent>
            </w:sdt>
          </w:p>
        </w:tc>
        <w:tc>
          <w:tcPr>
            <w:tcW w:w="283" w:type="dxa"/>
            <w:tcBorders>
              <w:top w:val="nil"/>
              <w:left w:val="nil"/>
              <w:bottom w:val="nil"/>
              <w:right w:val="nil"/>
            </w:tcBorders>
            <w:tcMar>
              <w:top w:w="0" w:type="dxa"/>
              <w:left w:w="0" w:type="dxa"/>
              <w:bottom w:w="0" w:type="dxa"/>
              <w:right w:w="0" w:type="dxa"/>
            </w:tcMar>
            <w:vAlign w:val="center"/>
          </w:tcPr>
          <w:p w14:paraId="71663A10" w14:textId="77777777" w:rsidR="00A91957" w:rsidRDefault="00A91957">
            <w:pPr>
              <w:spacing w:after="0" w:line="264" w:lineRule="auto"/>
            </w:pPr>
          </w:p>
        </w:tc>
        <w:tc>
          <w:tcPr>
            <w:tcW w:w="4876" w:type="dxa"/>
            <w:tcBorders>
              <w:top w:val="single" w:sz="4" w:space="0" w:color="D8DCE1"/>
              <w:left w:val="single" w:sz="4" w:space="0" w:color="D8DCE1"/>
              <w:bottom w:val="single" w:sz="4" w:space="0" w:color="D8DCE1"/>
              <w:right w:val="single" w:sz="4" w:space="0" w:color="D8DCE1"/>
            </w:tcBorders>
            <w:shd w:val="clear" w:color="auto" w:fill="F4F5F6"/>
            <w:tcMar>
              <w:top w:w="115" w:type="dxa"/>
              <w:left w:w="140" w:type="dxa"/>
              <w:bottom w:w="110" w:type="dxa"/>
              <w:right w:w="140" w:type="dxa"/>
            </w:tcMar>
            <w:vAlign w:val="center"/>
          </w:tcPr>
          <w:p w14:paraId="79CE7264" w14:textId="77777777" w:rsidR="00A91957" w:rsidRDefault="00000000">
            <w:pPr>
              <w:spacing w:after="0" w:line="264" w:lineRule="auto"/>
            </w:pPr>
            <w:sdt>
              <w:sdtPr>
                <w:alias w:val="Languages"/>
                <w:tag w:val="languages"/>
                <w:id w:val="310004"/>
                <w:showingPlcHdr/>
                <w:text w:multiLine="1"/>
              </w:sdtPr>
              <w:sdtContent>
                <w:r w:rsidR="00B16DF9">
                  <w:rPr>
                    <w:rStyle w:val="Plassholdertekst1"/>
                    <w:sz w:val="19"/>
                  </w:rPr>
                  <w:t>Click or tap here to enter text.</w:t>
                </w:r>
              </w:sdtContent>
            </w:sdt>
          </w:p>
        </w:tc>
      </w:tr>
    </w:tbl>
    <w:p w14:paraId="37E6B64A" w14:textId="77777777" w:rsidR="00A91957" w:rsidRDefault="00B16DF9">
      <w:pPr>
        <w:keepNext/>
        <w:spacing w:before="280" w:after="120" w:line="271" w:lineRule="auto"/>
      </w:pPr>
      <w:r>
        <w:rPr>
          <w:rFonts w:eastAsia="Arial" w:cs="Arial"/>
          <w:b/>
        </w:rPr>
        <w:t>What is your main motivation for the application;</w:t>
      </w:r>
    </w:p>
    <w:tbl>
      <w:tblPr>
        <w:tblW w:w="10035" w:type="dxa"/>
        <w:jc w:val="center"/>
        <w:tblLayout w:type="fixed"/>
        <w:tblLook w:val="04A0" w:firstRow="1" w:lastRow="0" w:firstColumn="1" w:lastColumn="0" w:noHBand="0" w:noVBand="1"/>
      </w:tblPr>
      <w:tblGrid>
        <w:gridCol w:w="10035"/>
      </w:tblGrid>
      <w:tr w:rsidR="00A91957" w14:paraId="03D544D2" w14:textId="77777777">
        <w:trPr>
          <w:cantSplit/>
          <w:jc w:val="center"/>
        </w:trPr>
        <w:tc>
          <w:tcPr>
            <w:tcW w:w="10035" w:type="dxa"/>
            <w:tcBorders>
              <w:top w:val="single" w:sz="4" w:space="0" w:color="D8DCE1"/>
              <w:left w:val="single" w:sz="4" w:space="0" w:color="D8DCE1"/>
              <w:bottom w:val="nil"/>
              <w:right w:val="single" w:sz="4" w:space="0" w:color="D8DCE1"/>
            </w:tcBorders>
            <w:shd w:val="clear" w:color="auto" w:fill="F4F5F6"/>
            <w:tcMar>
              <w:top w:w="85" w:type="dxa"/>
              <w:left w:w="140" w:type="dxa"/>
              <w:bottom w:w="80" w:type="dxa"/>
              <w:right w:w="140" w:type="dxa"/>
            </w:tcMar>
            <w:vAlign w:val="center"/>
          </w:tcPr>
          <w:p w14:paraId="28EC1458" w14:textId="77777777" w:rsidR="00A91957" w:rsidRDefault="00B16DF9">
            <w:pPr>
              <w:keepNext/>
              <w:spacing w:after="0" w:line="264" w:lineRule="auto"/>
            </w:pPr>
            <w:r>
              <w:rPr>
                <w:rFonts w:eastAsia="Arial" w:cs="Arial"/>
                <w:color w:val="59616A"/>
                <w:sz w:val="19"/>
              </w:rPr>
              <w:t>My main motivation to be part of the WAKO GameChangers program is;</w:t>
            </w:r>
          </w:p>
        </w:tc>
      </w:tr>
      <w:tr w:rsidR="00A91957" w14:paraId="3A2FD486" w14:textId="77777777">
        <w:trPr>
          <w:trHeight w:val="3203"/>
          <w:jc w:val="center"/>
        </w:trPr>
        <w:tc>
          <w:tcPr>
            <w:tcW w:w="10035" w:type="dxa"/>
            <w:tcBorders>
              <w:top w:val="nil"/>
              <w:left w:val="single" w:sz="4" w:space="0" w:color="D8DCE1"/>
              <w:bottom w:val="single" w:sz="4" w:space="0" w:color="D8DCE1"/>
              <w:right w:val="single" w:sz="4" w:space="0" w:color="D8DCE1"/>
            </w:tcBorders>
            <w:shd w:val="clear" w:color="auto" w:fill="FFFFFF"/>
            <w:tcMar>
              <w:top w:w="100" w:type="dxa"/>
              <w:left w:w="140" w:type="dxa"/>
              <w:bottom w:w="90" w:type="dxa"/>
              <w:right w:w="140" w:type="dxa"/>
            </w:tcMar>
          </w:tcPr>
          <w:p w14:paraId="27BDDF64" w14:textId="77777777" w:rsidR="00A91957" w:rsidRDefault="00000000">
            <w:pPr>
              <w:spacing w:after="0" w:line="269" w:lineRule="auto"/>
            </w:pPr>
            <w:sdt>
              <w:sdtPr>
                <w:alias w:val="Motivation"/>
                <w:tag w:val="motivation"/>
                <w:id w:val="310005"/>
                <w:showingPlcHdr/>
                <w:text w:multiLine="1"/>
              </w:sdtPr>
              <w:sdtContent>
                <w:r w:rsidR="00B16DF9">
                  <w:rPr>
                    <w:rStyle w:val="Plassholdertekst1"/>
                    <w:sz w:val="19"/>
                  </w:rPr>
                  <w:t>Click or tap here to enter text.</w:t>
                </w:r>
              </w:sdtContent>
            </w:sdt>
          </w:p>
        </w:tc>
      </w:tr>
    </w:tbl>
    <w:p w14:paraId="57F8E04F" w14:textId="77777777" w:rsidR="00A91957" w:rsidRDefault="00B16DF9">
      <w:pPr>
        <w:keepNext/>
        <w:spacing w:before="300" w:after="120" w:line="271" w:lineRule="auto"/>
      </w:pPr>
      <w:r>
        <w:rPr>
          <w:rFonts w:eastAsia="Arial" w:cs="Arial"/>
          <w:b/>
        </w:rPr>
        <w:t>Best 3 results in international competition (if any);</w:t>
      </w:r>
    </w:p>
    <w:tbl>
      <w:tblPr>
        <w:tblW w:w="10035" w:type="dxa"/>
        <w:jc w:val="center"/>
        <w:tblLayout w:type="fixed"/>
        <w:tblLook w:val="04A0" w:firstRow="1" w:lastRow="0" w:firstColumn="1" w:lastColumn="0" w:noHBand="0" w:noVBand="1"/>
      </w:tblPr>
      <w:tblGrid>
        <w:gridCol w:w="1219"/>
        <w:gridCol w:w="6407"/>
        <w:gridCol w:w="2409"/>
      </w:tblGrid>
      <w:tr w:rsidR="00A91957" w14:paraId="5C99789E" w14:textId="77777777">
        <w:trPr>
          <w:cantSplit/>
          <w:tblHeader/>
          <w:jc w:val="center"/>
        </w:trPr>
        <w:tc>
          <w:tcPr>
            <w:tcW w:w="1219" w:type="dxa"/>
            <w:tcBorders>
              <w:top w:val="nil"/>
              <w:left w:val="nil"/>
              <w:bottom w:val="nil"/>
              <w:right w:val="nil"/>
            </w:tcBorders>
            <w:shd w:val="clear" w:color="auto" w:fill="101215"/>
            <w:tcMar>
              <w:top w:w="75" w:type="dxa"/>
              <w:left w:w="125" w:type="dxa"/>
              <w:bottom w:w="75" w:type="dxa"/>
              <w:right w:w="125" w:type="dxa"/>
            </w:tcMar>
            <w:vAlign w:val="center"/>
          </w:tcPr>
          <w:p w14:paraId="01C2296B" w14:textId="77777777" w:rsidR="00A91957" w:rsidRDefault="00B16DF9">
            <w:pPr>
              <w:keepNext/>
              <w:spacing w:after="0" w:line="264" w:lineRule="auto"/>
            </w:pPr>
            <w:r>
              <w:rPr>
                <w:rFonts w:eastAsia="Arial" w:cs="Arial"/>
                <w:b/>
                <w:color w:val="FFFFFF"/>
                <w:sz w:val="19"/>
              </w:rPr>
              <w:t>Year</w:t>
            </w:r>
          </w:p>
        </w:tc>
        <w:tc>
          <w:tcPr>
            <w:tcW w:w="6406" w:type="dxa"/>
            <w:tcBorders>
              <w:top w:val="nil"/>
              <w:left w:val="nil"/>
              <w:bottom w:val="nil"/>
              <w:right w:val="nil"/>
            </w:tcBorders>
            <w:shd w:val="clear" w:color="auto" w:fill="101215"/>
            <w:tcMar>
              <w:top w:w="75" w:type="dxa"/>
              <w:left w:w="125" w:type="dxa"/>
              <w:bottom w:w="75" w:type="dxa"/>
              <w:right w:w="125" w:type="dxa"/>
            </w:tcMar>
            <w:vAlign w:val="center"/>
          </w:tcPr>
          <w:p w14:paraId="10BBA4DF" w14:textId="77777777" w:rsidR="00A91957" w:rsidRDefault="00B16DF9">
            <w:pPr>
              <w:keepNext/>
              <w:spacing w:after="0" w:line="264" w:lineRule="auto"/>
            </w:pPr>
            <w:r>
              <w:rPr>
                <w:rFonts w:eastAsia="Arial" w:cs="Arial"/>
                <w:b/>
                <w:color w:val="FFFFFF"/>
                <w:sz w:val="19"/>
              </w:rPr>
              <w:t>Competition</w:t>
            </w:r>
          </w:p>
        </w:tc>
        <w:tc>
          <w:tcPr>
            <w:tcW w:w="2409" w:type="dxa"/>
            <w:tcBorders>
              <w:top w:val="nil"/>
              <w:left w:val="nil"/>
              <w:bottom w:val="nil"/>
              <w:right w:val="nil"/>
            </w:tcBorders>
            <w:shd w:val="clear" w:color="auto" w:fill="101215"/>
            <w:tcMar>
              <w:top w:w="75" w:type="dxa"/>
              <w:left w:w="125" w:type="dxa"/>
              <w:bottom w:w="75" w:type="dxa"/>
              <w:right w:w="125" w:type="dxa"/>
            </w:tcMar>
            <w:vAlign w:val="center"/>
          </w:tcPr>
          <w:p w14:paraId="09B0BEEE" w14:textId="77777777" w:rsidR="00A91957" w:rsidRDefault="00B16DF9">
            <w:pPr>
              <w:keepNext/>
              <w:spacing w:after="0" w:line="264" w:lineRule="auto"/>
            </w:pPr>
            <w:r>
              <w:rPr>
                <w:rFonts w:eastAsia="Arial" w:cs="Arial"/>
                <w:b/>
                <w:color w:val="FFFFFF"/>
                <w:sz w:val="19"/>
              </w:rPr>
              <w:t>Result</w:t>
            </w:r>
          </w:p>
        </w:tc>
      </w:tr>
      <w:tr w:rsidR="00A91957" w14:paraId="0C2CA77B" w14:textId="77777777">
        <w:trPr>
          <w:cantSplit/>
          <w:trHeight w:val="578"/>
          <w:jc w:val="center"/>
        </w:trPr>
        <w:tc>
          <w:tcPr>
            <w:tcW w:w="1219" w:type="dxa"/>
            <w:tcBorders>
              <w:top w:val="single" w:sz="4" w:space="0" w:color="D8DCE1"/>
              <w:left w:val="single" w:sz="4" w:space="0" w:color="D8DCE1"/>
              <w:bottom w:val="single" w:sz="4" w:space="0" w:color="D8DCE1"/>
              <w:right w:val="single" w:sz="4" w:space="0" w:color="D8DCE1"/>
            </w:tcBorders>
            <w:shd w:val="clear" w:color="auto" w:fill="F4F5F6"/>
            <w:tcMar>
              <w:top w:w="95" w:type="dxa"/>
              <w:left w:w="120" w:type="dxa"/>
              <w:bottom w:w="95" w:type="dxa"/>
              <w:right w:w="120" w:type="dxa"/>
            </w:tcMar>
            <w:vAlign w:val="center"/>
          </w:tcPr>
          <w:p w14:paraId="06B51C2B" w14:textId="77777777" w:rsidR="00A91957" w:rsidRDefault="00000000">
            <w:pPr>
              <w:spacing w:after="0" w:line="264" w:lineRule="auto"/>
            </w:pPr>
            <w:sdt>
              <w:sdtPr>
                <w:alias w:val="International 1 Year"/>
                <w:tag w:val="international_1_year"/>
                <w:id w:val="310006"/>
                <w:showingPlcHdr/>
                <w:text w:multiLine="1"/>
              </w:sdtPr>
              <w:sdtContent>
                <w:r w:rsidR="00B16DF9">
                  <w:rPr>
                    <w:rStyle w:val="Plassholdertekst1"/>
                    <w:sz w:val="19"/>
                  </w:rPr>
                  <w:t>Enter year</w:t>
                </w:r>
              </w:sdtContent>
            </w:sdt>
          </w:p>
        </w:tc>
        <w:tc>
          <w:tcPr>
            <w:tcW w:w="6406" w:type="dxa"/>
            <w:tcBorders>
              <w:top w:val="single" w:sz="4" w:space="0" w:color="D8DCE1"/>
              <w:left w:val="single" w:sz="4" w:space="0" w:color="D8DCE1"/>
              <w:bottom w:val="single" w:sz="4" w:space="0" w:color="D8DCE1"/>
              <w:right w:val="single" w:sz="4" w:space="0" w:color="D8DCE1"/>
            </w:tcBorders>
            <w:shd w:val="clear" w:color="auto" w:fill="F4F5F6"/>
            <w:tcMar>
              <w:top w:w="95" w:type="dxa"/>
              <w:left w:w="120" w:type="dxa"/>
              <w:bottom w:w="95" w:type="dxa"/>
              <w:right w:w="120" w:type="dxa"/>
            </w:tcMar>
            <w:vAlign w:val="center"/>
          </w:tcPr>
          <w:p w14:paraId="6D065E22" w14:textId="77777777" w:rsidR="00A91957" w:rsidRDefault="00000000">
            <w:pPr>
              <w:spacing w:after="0" w:line="264" w:lineRule="auto"/>
            </w:pPr>
            <w:sdt>
              <w:sdtPr>
                <w:alias w:val="International 1 Competition"/>
                <w:tag w:val="international_1_competition"/>
                <w:id w:val="310007"/>
                <w:showingPlcHdr/>
                <w:text w:multiLine="1"/>
              </w:sdtPr>
              <w:sdtContent>
                <w:r w:rsidR="00B16DF9">
                  <w:rPr>
                    <w:rStyle w:val="Plassholdertekst1"/>
                    <w:sz w:val="19"/>
                  </w:rPr>
                  <w:t>Enter competition</w:t>
                </w:r>
              </w:sdtContent>
            </w:sdt>
          </w:p>
        </w:tc>
        <w:tc>
          <w:tcPr>
            <w:tcW w:w="2409" w:type="dxa"/>
            <w:tcBorders>
              <w:top w:val="single" w:sz="4" w:space="0" w:color="D8DCE1"/>
              <w:left w:val="single" w:sz="4" w:space="0" w:color="D8DCE1"/>
              <w:bottom w:val="single" w:sz="4" w:space="0" w:color="D8DCE1"/>
              <w:right w:val="single" w:sz="4" w:space="0" w:color="D8DCE1"/>
            </w:tcBorders>
            <w:shd w:val="clear" w:color="auto" w:fill="F4F5F6"/>
            <w:tcMar>
              <w:top w:w="95" w:type="dxa"/>
              <w:left w:w="120" w:type="dxa"/>
              <w:bottom w:w="95" w:type="dxa"/>
              <w:right w:w="120" w:type="dxa"/>
            </w:tcMar>
            <w:vAlign w:val="center"/>
          </w:tcPr>
          <w:p w14:paraId="28562741" w14:textId="77777777" w:rsidR="00A91957" w:rsidRDefault="00000000">
            <w:pPr>
              <w:spacing w:after="0" w:line="264" w:lineRule="auto"/>
            </w:pPr>
            <w:sdt>
              <w:sdtPr>
                <w:alias w:val="International 1 Result"/>
                <w:tag w:val="international_1_result"/>
                <w:id w:val="310008"/>
                <w:showingPlcHdr/>
                <w:text w:multiLine="1"/>
              </w:sdtPr>
              <w:sdtContent>
                <w:r w:rsidR="00B16DF9">
                  <w:rPr>
                    <w:rStyle w:val="Plassholdertekst1"/>
                    <w:sz w:val="19"/>
                  </w:rPr>
                  <w:t>Enter result</w:t>
                </w:r>
              </w:sdtContent>
            </w:sdt>
          </w:p>
        </w:tc>
      </w:tr>
      <w:tr w:rsidR="00A91957" w14:paraId="296CDE90" w14:textId="77777777">
        <w:trPr>
          <w:cantSplit/>
          <w:trHeight w:val="578"/>
          <w:jc w:val="center"/>
        </w:trPr>
        <w:tc>
          <w:tcPr>
            <w:tcW w:w="1219" w:type="dxa"/>
            <w:tcBorders>
              <w:top w:val="single" w:sz="4" w:space="0" w:color="D8DCE1"/>
              <w:left w:val="single" w:sz="4" w:space="0" w:color="D8DCE1"/>
              <w:bottom w:val="single" w:sz="4" w:space="0" w:color="D8DCE1"/>
              <w:right w:val="single" w:sz="4" w:space="0" w:color="D8DCE1"/>
            </w:tcBorders>
            <w:shd w:val="clear" w:color="auto" w:fill="FFFFFF"/>
            <w:tcMar>
              <w:top w:w="95" w:type="dxa"/>
              <w:left w:w="120" w:type="dxa"/>
              <w:bottom w:w="95" w:type="dxa"/>
              <w:right w:w="120" w:type="dxa"/>
            </w:tcMar>
            <w:vAlign w:val="center"/>
          </w:tcPr>
          <w:p w14:paraId="2821DC5F" w14:textId="77777777" w:rsidR="00A91957" w:rsidRDefault="00000000">
            <w:pPr>
              <w:spacing w:after="0" w:line="264" w:lineRule="auto"/>
            </w:pPr>
            <w:sdt>
              <w:sdtPr>
                <w:alias w:val="International 2 Year"/>
                <w:tag w:val="international_2_year"/>
                <w:id w:val="310009"/>
                <w:showingPlcHdr/>
                <w:text w:multiLine="1"/>
              </w:sdtPr>
              <w:sdtContent>
                <w:r w:rsidR="00B16DF9">
                  <w:rPr>
                    <w:rStyle w:val="Plassholdertekst1"/>
                    <w:sz w:val="19"/>
                  </w:rPr>
                  <w:t>Enter year</w:t>
                </w:r>
              </w:sdtContent>
            </w:sdt>
          </w:p>
        </w:tc>
        <w:tc>
          <w:tcPr>
            <w:tcW w:w="6406" w:type="dxa"/>
            <w:tcBorders>
              <w:top w:val="single" w:sz="4" w:space="0" w:color="D8DCE1"/>
              <w:left w:val="single" w:sz="4" w:space="0" w:color="D8DCE1"/>
              <w:bottom w:val="single" w:sz="4" w:space="0" w:color="D8DCE1"/>
              <w:right w:val="single" w:sz="4" w:space="0" w:color="D8DCE1"/>
            </w:tcBorders>
            <w:shd w:val="clear" w:color="auto" w:fill="FFFFFF"/>
            <w:tcMar>
              <w:top w:w="95" w:type="dxa"/>
              <w:left w:w="120" w:type="dxa"/>
              <w:bottom w:w="95" w:type="dxa"/>
              <w:right w:w="120" w:type="dxa"/>
            </w:tcMar>
            <w:vAlign w:val="center"/>
          </w:tcPr>
          <w:p w14:paraId="360FF550" w14:textId="77777777" w:rsidR="00A91957" w:rsidRDefault="00000000">
            <w:pPr>
              <w:spacing w:after="0" w:line="264" w:lineRule="auto"/>
            </w:pPr>
            <w:sdt>
              <w:sdtPr>
                <w:alias w:val="International 2 Competition"/>
                <w:tag w:val="international_2_competition"/>
                <w:id w:val="310010"/>
                <w:showingPlcHdr/>
                <w:text w:multiLine="1"/>
              </w:sdtPr>
              <w:sdtContent>
                <w:r w:rsidR="00B16DF9">
                  <w:rPr>
                    <w:rStyle w:val="Plassholdertekst1"/>
                    <w:sz w:val="19"/>
                  </w:rPr>
                  <w:t>Enter competition</w:t>
                </w:r>
              </w:sdtContent>
            </w:sdt>
          </w:p>
        </w:tc>
        <w:tc>
          <w:tcPr>
            <w:tcW w:w="2409" w:type="dxa"/>
            <w:tcBorders>
              <w:top w:val="single" w:sz="4" w:space="0" w:color="D8DCE1"/>
              <w:left w:val="single" w:sz="4" w:space="0" w:color="D8DCE1"/>
              <w:bottom w:val="single" w:sz="4" w:space="0" w:color="D8DCE1"/>
              <w:right w:val="single" w:sz="4" w:space="0" w:color="D8DCE1"/>
            </w:tcBorders>
            <w:shd w:val="clear" w:color="auto" w:fill="FFFFFF"/>
            <w:tcMar>
              <w:top w:w="95" w:type="dxa"/>
              <w:left w:w="120" w:type="dxa"/>
              <w:bottom w:w="95" w:type="dxa"/>
              <w:right w:w="120" w:type="dxa"/>
            </w:tcMar>
            <w:vAlign w:val="center"/>
          </w:tcPr>
          <w:p w14:paraId="1D42DEDF" w14:textId="77777777" w:rsidR="00A91957" w:rsidRDefault="00000000">
            <w:pPr>
              <w:spacing w:after="0" w:line="264" w:lineRule="auto"/>
            </w:pPr>
            <w:sdt>
              <w:sdtPr>
                <w:alias w:val="International 2 Result"/>
                <w:tag w:val="international_2_result"/>
                <w:id w:val="310011"/>
                <w:showingPlcHdr/>
                <w:text w:multiLine="1"/>
              </w:sdtPr>
              <w:sdtContent>
                <w:r w:rsidR="00B16DF9">
                  <w:rPr>
                    <w:rStyle w:val="Plassholdertekst1"/>
                    <w:sz w:val="19"/>
                  </w:rPr>
                  <w:t>Enter result</w:t>
                </w:r>
              </w:sdtContent>
            </w:sdt>
          </w:p>
        </w:tc>
      </w:tr>
      <w:tr w:rsidR="00A91957" w14:paraId="3DF3C829" w14:textId="77777777">
        <w:trPr>
          <w:cantSplit/>
          <w:trHeight w:val="578"/>
          <w:jc w:val="center"/>
        </w:trPr>
        <w:tc>
          <w:tcPr>
            <w:tcW w:w="1219" w:type="dxa"/>
            <w:tcBorders>
              <w:top w:val="single" w:sz="4" w:space="0" w:color="D8DCE1"/>
              <w:left w:val="single" w:sz="4" w:space="0" w:color="D8DCE1"/>
              <w:bottom w:val="single" w:sz="4" w:space="0" w:color="D8DCE1"/>
              <w:right w:val="single" w:sz="4" w:space="0" w:color="D8DCE1"/>
            </w:tcBorders>
            <w:shd w:val="clear" w:color="auto" w:fill="F4F5F6"/>
            <w:tcMar>
              <w:top w:w="95" w:type="dxa"/>
              <w:left w:w="120" w:type="dxa"/>
              <w:bottom w:w="95" w:type="dxa"/>
              <w:right w:w="120" w:type="dxa"/>
            </w:tcMar>
            <w:vAlign w:val="center"/>
          </w:tcPr>
          <w:p w14:paraId="50A31413" w14:textId="77777777" w:rsidR="00A91957" w:rsidRDefault="00000000">
            <w:pPr>
              <w:spacing w:after="0" w:line="264" w:lineRule="auto"/>
            </w:pPr>
            <w:sdt>
              <w:sdtPr>
                <w:alias w:val="International 3 Year"/>
                <w:tag w:val="international_3_year"/>
                <w:id w:val="310012"/>
                <w:showingPlcHdr/>
                <w:text w:multiLine="1"/>
              </w:sdtPr>
              <w:sdtContent>
                <w:r w:rsidR="00B16DF9">
                  <w:rPr>
                    <w:rStyle w:val="Plassholdertekst1"/>
                    <w:sz w:val="19"/>
                  </w:rPr>
                  <w:t>Enter year</w:t>
                </w:r>
              </w:sdtContent>
            </w:sdt>
          </w:p>
        </w:tc>
        <w:tc>
          <w:tcPr>
            <w:tcW w:w="6406" w:type="dxa"/>
            <w:tcBorders>
              <w:top w:val="single" w:sz="4" w:space="0" w:color="D8DCE1"/>
              <w:left w:val="single" w:sz="4" w:space="0" w:color="D8DCE1"/>
              <w:bottom w:val="single" w:sz="4" w:space="0" w:color="D8DCE1"/>
              <w:right w:val="single" w:sz="4" w:space="0" w:color="D8DCE1"/>
            </w:tcBorders>
            <w:shd w:val="clear" w:color="auto" w:fill="F4F5F6"/>
            <w:tcMar>
              <w:top w:w="95" w:type="dxa"/>
              <w:left w:w="120" w:type="dxa"/>
              <w:bottom w:w="95" w:type="dxa"/>
              <w:right w:w="120" w:type="dxa"/>
            </w:tcMar>
            <w:vAlign w:val="center"/>
          </w:tcPr>
          <w:p w14:paraId="1B460DF9" w14:textId="77777777" w:rsidR="00A91957" w:rsidRDefault="00000000">
            <w:pPr>
              <w:spacing w:after="0" w:line="264" w:lineRule="auto"/>
            </w:pPr>
            <w:sdt>
              <w:sdtPr>
                <w:alias w:val="International 3 Competition"/>
                <w:tag w:val="international_3_competition"/>
                <w:id w:val="310013"/>
                <w:showingPlcHdr/>
                <w:text w:multiLine="1"/>
              </w:sdtPr>
              <w:sdtContent>
                <w:r w:rsidR="00B16DF9">
                  <w:rPr>
                    <w:rStyle w:val="Plassholdertekst1"/>
                    <w:sz w:val="19"/>
                  </w:rPr>
                  <w:t>Enter competition</w:t>
                </w:r>
              </w:sdtContent>
            </w:sdt>
          </w:p>
        </w:tc>
        <w:tc>
          <w:tcPr>
            <w:tcW w:w="2409" w:type="dxa"/>
            <w:tcBorders>
              <w:top w:val="single" w:sz="4" w:space="0" w:color="D8DCE1"/>
              <w:left w:val="single" w:sz="4" w:space="0" w:color="D8DCE1"/>
              <w:bottom w:val="single" w:sz="4" w:space="0" w:color="D8DCE1"/>
              <w:right w:val="single" w:sz="4" w:space="0" w:color="D8DCE1"/>
            </w:tcBorders>
            <w:shd w:val="clear" w:color="auto" w:fill="F4F5F6"/>
            <w:tcMar>
              <w:top w:w="95" w:type="dxa"/>
              <w:left w:w="120" w:type="dxa"/>
              <w:bottom w:w="95" w:type="dxa"/>
              <w:right w:w="120" w:type="dxa"/>
            </w:tcMar>
            <w:vAlign w:val="center"/>
          </w:tcPr>
          <w:p w14:paraId="6992C09A" w14:textId="77777777" w:rsidR="00A91957" w:rsidRDefault="00000000">
            <w:pPr>
              <w:spacing w:after="0" w:line="264" w:lineRule="auto"/>
            </w:pPr>
            <w:sdt>
              <w:sdtPr>
                <w:alias w:val="International 3 Result"/>
                <w:tag w:val="international_3_result"/>
                <w:id w:val="310014"/>
                <w:showingPlcHdr/>
                <w:text w:multiLine="1"/>
              </w:sdtPr>
              <w:sdtContent>
                <w:r w:rsidR="00B16DF9">
                  <w:rPr>
                    <w:rStyle w:val="Plassholdertekst1"/>
                    <w:sz w:val="19"/>
                  </w:rPr>
                  <w:t>Enter result</w:t>
                </w:r>
              </w:sdtContent>
            </w:sdt>
          </w:p>
        </w:tc>
      </w:tr>
    </w:tbl>
    <w:p w14:paraId="4C529C2B" w14:textId="77777777" w:rsidR="00A91957" w:rsidRDefault="00B16DF9">
      <w:r>
        <w:br w:type="page"/>
      </w:r>
    </w:p>
    <w:p w14:paraId="183DFE35" w14:textId="77777777" w:rsidR="00A91957" w:rsidRDefault="00B16DF9">
      <w:pPr>
        <w:pStyle w:val="WAKOEyebrow"/>
        <w:keepNext/>
        <w:spacing w:after="100" w:line="271" w:lineRule="auto"/>
      </w:pPr>
      <w:r>
        <w:rPr>
          <w:rFonts w:eastAsia="Arial" w:cs="Arial"/>
        </w:rPr>
        <w:lastRenderedPageBreak/>
        <w:t>04  /  EXPERIENCE &amp; DECLARATION</w:t>
      </w:r>
    </w:p>
    <w:p w14:paraId="1D4DEFE7" w14:textId="77777777" w:rsidR="00A91957" w:rsidRDefault="00B16DF9">
      <w:pPr>
        <w:pStyle w:val="Titolo"/>
        <w:spacing w:line="271" w:lineRule="auto"/>
      </w:pPr>
      <w:r>
        <w:rPr>
          <w:rFonts w:ascii="Arial" w:eastAsia="Arial" w:hAnsi="Arial" w:cs="Arial"/>
          <w:sz w:val="58"/>
        </w:rPr>
        <w:t>APPLICATION FORM</w:t>
      </w:r>
    </w:p>
    <w:p w14:paraId="51F930AE" w14:textId="77777777" w:rsidR="00A91957" w:rsidRDefault="00B16DF9">
      <w:pPr>
        <w:keepNext/>
        <w:spacing w:before="80" w:after="120" w:line="271" w:lineRule="auto"/>
      </w:pPr>
      <w:r>
        <w:rPr>
          <w:rFonts w:eastAsia="Arial" w:cs="Arial"/>
          <w:b/>
        </w:rPr>
        <w:t>Best 3 results in national competition;</w:t>
      </w:r>
    </w:p>
    <w:tbl>
      <w:tblPr>
        <w:tblW w:w="10035" w:type="dxa"/>
        <w:jc w:val="center"/>
        <w:tblLayout w:type="fixed"/>
        <w:tblLook w:val="04A0" w:firstRow="1" w:lastRow="0" w:firstColumn="1" w:lastColumn="0" w:noHBand="0" w:noVBand="1"/>
      </w:tblPr>
      <w:tblGrid>
        <w:gridCol w:w="1219"/>
        <w:gridCol w:w="6407"/>
        <w:gridCol w:w="2409"/>
      </w:tblGrid>
      <w:tr w:rsidR="00A91957" w14:paraId="4089A0AC" w14:textId="77777777">
        <w:trPr>
          <w:cantSplit/>
          <w:tblHeader/>
          <w:jc w:val="center"/>
        </w:trPr>
        <w:tc>
          <w:tcPr>
            <w:tcW w:w="1219" w:type="dxa"/>
            <w:tcBorders>
              <w:top w:val="nil"/>
              <w:left w:val="nil"/>
              <w:bottom w:val="nil"/>
              <w:right w:val="nil"/>
            </w:tcBorders>
            <w:shd w:val="clear" w:color="auto" w:fill="101215"/>
            <w:tcMar>
              <w:top w:w="75" w:type="dxa"/>
              <w:left w:w="125" w:type="dxa"/>
              <w:bottom w:w="75" w:type="dxa"/>
              <w:right w:w="125" w:type="dxa"/>
            </w:tcMar>
            <w:vAlign w:val="center"/>
          </w:tcPr>
          <w:p w14:paraId="5FCD7327" w14:textId="77777777" w:rsidR="00A91957" w:rsidRDefault="00B16DF9">
            <w:pPr>
              <w:keepNext/>
              <w:spacing w:after="0" w:line="264" w:lineRule="auto"/>
            </w:pPr>
            <w:r>
              <w:rPr>
                <w:rFonts w:eastAsia="Arial" w:cs="Arial"/>
                <w:b/>
                <w:color w:val="FFFFFF"/>
                <w:sz w:val="19"/>
              </w:rPr>
              <w:t>Year</w:t>
            </w:r>
          </w:p>
        </w:tc>
        <w:tc>
          <w:tcPr>
            <w:tcW w:w="6406" w:type="dxa"/>
            <w:tcBorders>
              <w:top w:val="nil"/>
              <w:left w:val="nil"/>
              <w:bottom w:val="nil"/>
              <w:right w:val="nil"/>
            </w:tcBorders>
            <w:shd w:val="clear" w:color="auto" w:fill="101215"/>
            <w:tcMar>
              <w:top w:w="75" w:type="dxa"/>
              <w:left w:w="125" w:type="dxa"/>
              <w:bottom w:w="75" w:type="dxa"/>
              <w:right w:w="125" w:type="dxa"/>
            </w:tcMar>
            <w:vAlign w:val="center"/>
          </w:tcPr>
          <w:p w14:paraId="67C7873E" w14:textId="77777777" w:rsidR="00A91957" w:rsidRDefault="00B16DF9">
            <w:pPr>
              <w:keepNext/>
              <w:spacing w:after="0" w:line="264" w:lineRule="auto"/>
            </w:pPr>
            <w:r>
              <w:rPr>
                <w:rFonts w:eastAsia="Arial" w:cs="Arial"/>
                <w:b/>
                <w:color w:val="FFFFFF"/>
                <w:sz w:val="19"/>
              </w:rPr>
              <w:t>Competition</w:t>
            </w:r>
          </w:p>
        </w:tc>
        <w:tc>
          <w:tcPr>
            <w:tcW w:w="2409" w:type="dxa"/>
            <w:tcBorders>
              <w:top w:val="nil"/>
              <w:left w:val="nil"/>
              <w:bottom w:val="nil"/>
              <w:right w:val="nil"/>
            </w:tcBorders>
            <w:shd w:val="clear" w:color="auto" w:fill="101215"/>
            <w:tcMar>
              <w:top w:w="75" w:type="dxa"/>
              <w:left w:w="125" w:type="dxa"/>
              <w:bottom w:w="75" w:type="dxa"/>
              <w:right w:w="125" w:type="dxa"/>
            </w:tcMar>
            <w:vAlign w:val="center"/>
          </w:tcPr>
          <w:p w14:paraId="6C9C3AD3" w14:textId="77777777" w:rsidR="00A91957" w:rsidRDefault="00B16DF9">
            <w:pPr>
              <w:keepNext/>
              <w:spacing w:after="0" w:line="264" w:lineRule="auto"/>
            </w:pPr>
            <w:r>
              <w:rPr>
                <w:rFonts w:eastAsia="Arial" w:cs="Arial"/>
                <w:b/>
                <w:color w:val="FFFFFF"/>
                <w:sz w:val="19"/>
              </w:rPr>
              <w:t>Result</w:t>
            </w:r>
          </w:p>
        </w:tc>
      </w:tr>
      <w:tr w:rsidR="00A91957" w14:paraId="336226BC" w14:textId="77777777">
        <w:trPr>
          <w:cantSplit/>
          <w:trHeight w:val="578"/>
          <w:jc w:val="center"/>
        </w:trPr>
        <w:tc>
          <w:tcPr>
            <w:tcW w:w="1219" w:type="dxa"/>
            <w:tcBorders>
              <w:top w:val="single" w:sz="4" w:space="0" w:color="D8DCE1"/>
              <w:left w:val="single" w:sz="4" w:space="0" w:color="D8DCE1"/>
              <w:bottom w:val="single" w:sz="4" w:space="0" w:color="D8DCE1"/>
              <w:right w:val="single" w:sz="4" w:space="0" w:color="D8DCE1"/>
            </w:tcBorders>
            <w:shd w:val="clear" w:color="auto" w:fill="F4F5F6"/>
            <w:tcMar>
              <w:top w:w="95" w:type="dxa"/>
              <w:left w:w="120" w:type="dxa"/>
              <w:bottom w:w="95" w:type="dxa"/>
              <w:right w:w="120" w:type="dxa"/>
            </w:tcMar>
            <w:vAlign w:val="center"/>
          </w:tcPr>
          <w:p w14:paraId="7AE5AF3D" w14:textId="77777777" w:rsidR="00A91957" w:rsidRDefault="00000000">
            <w:pPr>
              <w:spacing w:after="0" w:line="264" w:lineRule="auto"/>
            </w:pPr>
            <w:sdt>
              <w:sdtPr>
                <w:alias w:val="National 1 Year"/>
                <w:tag w:val="national_1_year"/>
                <w:id w:val="310015"/>
                <w:showingPlcHdr/>
                <w:text w:multiLine="1"/>
              </w:sdtPr>
              <w:sdtContent>
                <w:r w:rsidR="00B16DF9">
                  <w:rPr>
                    <w:rStyle w:val="Plassholdertekst1"/>
                    <w:sz w:val="19"/>
                  </w:rPr>
                  <w:t>Enter year</w:t>
                </w:r>
              </w:sdtContent>
            </w:sdt>
          </w:p>
        </w:tc>
        <w:tc>
          <w:tcPr>
            <w:tcW w:w="6406" w:type="dxa"/>
            <w:tcBorders>
              <w:top w:val="single" w:sz="4" w:space="0" w:color="D8DCE1"/>
              <w:left w:val="single" w:sz="4" w:space="0" w:color="D8DCE1"/>
              <w:bottom w:val="single" w:sz="4" w:space="0" w:color="D8DCE1"/>
              <w:right w:val="single" w:sz="4" w:space="0" w:color="D8DCE1"/>
            </w:tcBorders>
            <w:shd w:val="clear" w:color="auto" w:fill="F4F5F6"/>
            <w:tcMar>
              <w:top w:w="95" w:type="dxa"/>
              <w:left w:w="120" w:type="dxa"/>
              <w:bottom w:w="95" w:type="dxa"/>
              <w:right w:w="120" w:type="dxa"/>
            </w:tcMar>
            <w:vAlign w:val="center"/>
          </w:tcPr>
          <w:p w14:paraId="58809F4F" w14:textId="77777777" w:rsidR="00A91957" w:rsidRDefault="00000000">
            <w:pPr>
              <w:spacing w:after="0" w:line="264" w:lineRule="auto"/>
            </w:pPr>
            <w:sdt>
              <w:sdtPr>
                <w:alias w:val="National 1 Competition"/>
                <w:tag w:val="national_1_competition"/>
                <w:id w:val="310016"/>
                <w:showingPlcHdr/>
                <w:text w:multiLine="1"/>
              </w:sdtPr>
              <w:sdtContent>
                <w:r w:rsidR="00B16DF9">
                  <w:rPr>
                    <w:rStyle w:val="Plassholdertekst1"/>
                    <w:sz w:val="19"/>
                  </w:rPr>
                  <w:t>Enter competition</w:t>
                </w:r>
              </w:sdtContent>
            </w:sdt>
          </w:p>
        </w:tc>
        <w:tc>
          <w:tcPr>
            <w:tcW w:w="2409" w:type="dxa"/>
            <w:tcBorders>
              <w:top w:val="single" w:sz="4" w:space="0" w:color="D8DCE1"/>
              <w:left w:val="single" w:sz="4" w:space="0" w:color="D8DCE1"/>
              <w:bottom w:val="single" w:sz="4" w:space="0" w:color="D8DCE1"/>
              <w:right w:val="single" w:sz="4" w:space="0" w:color="D8DCE1"/>
            </w:tcBorders>
            <w:shd w:val="clear" w:color="auto" w:fill="F4F5F6"/>
            <w:tcMar>
              <w:top w:w="95" w:type="dxa"/>
              <w:left w:w="120" w:type="dxa"/>
              <w:bottom w:w="95" w:type="dxa"/>
              <w:right w:w="120" w:type="dxa"/>
            </w:tcMar>
            <w:vAlign w:val="center"/>
          </w:tcPr>
          <w:p w14:paraId="596C861F" w14:textId="77777777" w:rsidR="00A91957" w:rsidRDefault="00000000">
            <w:pPr>
              <w:spacing w:after="0" w:line="264" w:lineRule="auto"/>
            </w:pPr>
            <w:sdt>
              <w:sdtPr>
                <w:alias w:val="National 1 Result"/>
                <w:tag w:val="national_1_result"/>
                <w:id w:val="310017"/>
                <w:showingPlcHdr/>
                <w:text w:multiLine="1"/>
              </w:sdtPr>
              <w:sdtContent>
                <w:r w:rsidR="00B16DF9">
                  <w:rPr>
                    <w:rStyle w:val="Plassholdertekst1"/>
                    <w:sz w:val="19"/>
                  </w:rPr>
                  <w:t>Enter result</w:t>
                </w:r>
              </w:sdtContent>
            </w:sdt>
          </w:p>
        </w:tc>
      </w:tr>
      <w:tr w:rsidR="00A91957" w14:paraId="00791490" w14:textId="77777777">
        <w:trPr>
          <w:cantSplit/>
          <w:trHeight w:val="578"/>
          <w:jc w:val="center"/>
        </w:trPr>
        <w:tc>
          <w:tcPr>
            <w:tcW w:w="1219" w:type="dxa"/>
            <w:tcBorders>
              <w:top w:val="single" w:sz="4" w:space="0" w:color="D8DCE1"/>
              <w:left w:val="single" w:sz="4" w:space="0" w:color="D8DCE1"/>
              <w:bottom w:val="single" w:sz="4" w:space="0" w:color="D8DCE1"/>
              <w:right w:val="single" w:sz="4" w:space="0" w:color="D8DCE1"/>
            </w:tcBorders>
            <w:shd w:val="clear" w:color="auto" w:fill="FFFFFF"/>
            <w:tcMar>
              <w:top w:w="95" w:type="dxa"/>
              <w:left w:w="120" w:type="dxa"/>
              <w:bottom w:w="95" w:type="dxa"/>
              <w:right w:w="120" w:type="dxa"/>
            </w:tcMar>
            <w:vAlign w:val="center"/>
          </w:tcPr>
          <w:p w14:paraId="5774BB1C" w14:textId="77777777" w:rsidR="00A91957" w:rsidRDefault="00000000">
            <w:pPr>
              <w:spacing w:after="0" w:line="264" w:lineRule="auto"/>
            </w:pPr>
            <w:sdt>
              <w:sdtPr>
                <w:alias w:val="National 2 Year"/>
                <w:tag w:val="national_2_year"/>
                <w:id w:val="310018"/>
                <w:showingPlcHdr/>
                <w:text w:multiLine="1"/>
              </w:sdtPr>
              <w:sdtContent>
                <w:r w:rsidR="00B16DF9">
                  <w:rPr>
                    <w:rStyle w:val="Plassholdertekst1"/>
                    <w:sz w:val="19"/>
                  </w:rPr>
                  <w:t>Enter year</w:t>
                </w:r>
              </w:sdtContent>
            </w:sdt>
          </w:p>
        </w:tc>
        <w:tc>
          <w:tcPr>
            <w:tcW w:w="6406" w:type="dxa"/>
            <w:tcBorders>
              <w:top w:val="single" w:sz="4" w:space="0" w:color="D8DCE1"/>
              <w:left w:val="single" w:sz="4" w:space="0" w:color="D8DCE1"/>
              <w:bottom w:val="single" w:sz="4" w:space="0" w:color="D8DCE1"/>
              <w:right w:val="single" w:sz="4" w:space="0" w:color="D8DCE1"/>
            </w:tcBorders>
            <w:shd w:val="clear" w:color="auto" w:fill="FFFFFF"/>
            <w:tcMar>
              <w:top w:w="95" w:type="dxa"/>
              <w:left w:w="120" w:type="dxa"/>
              <w:bottom w:w="95" w:type="dxa"/>
              <w:right w:w="120" w:type="dxa"/>
            </w:tcMar>
            <w:vAlign w:val="center"/>
          </w:tcPr>
          <w:p w14:paraId="343AFF95" w14:textId="77777777" w:rsidR="00A91957" w:rsidRDefault="00000000">
            <w:pPr>
              <w:spacing w:after="0" w:line="264" w:lineRule="auto"/>
            </w:pPr>
            <w:sdt>
              <w:sdtPr>
                <w:alias w:val="National 2 Competition"/>
                <w:tag w:val="national_2_competition"/>
                <w:id w:val="310019"/>
                <w:showingPlcHdr/>
                <w:text w:multiLine="1"/>
              </w:sdtPr>
              <w:sdtContent>
                <w:r w:rsidR="00B16DF9">
                  <w:rPr>
                    <w:rStyle w:val="Plassholdertekst1"/>
                    <w:sz w:val="19"/>
                  </w:rPr>
                  <w:t>Enter competition</w:t>
                </w:r>
              </w:sdtContent>
            </w:sdt>
          </w:p>
        </w:tc>
        <w:tc>
          <w:tcPr>
            <w:tcW w:w="2409" w:type="dxa"/>
            <w:tcBorders>
              <w:top w:val="single" w:sz="4" w:space="0" w:color="D8DCE1"/>
              <w:left w:val="single" w:sz="4" w:space="0" w:color="D8DCE1"/>
              <w:bottom w:val="single" w:sz="4" w:space="0" w:color="D8DCE1"/>
              <w:right w:val="single" w:sz="4" w:space="0" w:color="D8DCE1"/>
            </w:tcBorders>
            <w:shd w:val="clear" w:color="auto" w:fill="FFFFFF"/>
            <w:tcMar>
              <w:top w:w="95" w:type="dxa"/>
              <w:left w:w="120" w:type="dxa"/>
              <w:bottom w:w="95" w:type="dxa"/>
              <w:right w:w="120" w:type="dxa"/>
            </w:tcMar>
            <w:vAlign w:val="center"/>
          </w:tcPr>
          <w:p w14:paraId="566BCBDF" w14:textId="77777777" w:rsidR="00A91957" w:rsidRDefault="00000000">
            <w:pPr>
              <w:spacing w:after="0" w:line="264" w:lineRule="auto"/>
            </w:pPr>
            <w:sdt>
              <w:sdtPr>
                <w:alias w:val="National 2 Result"/>
                <w:tag w:val="national_2_result"/>
                <w:id w:val="310020"/>
                <w:showingPlcHdr/>
                <w:text w:multiLine="1"/>
              </w:sdtPr>
              <w:sdtContent>
                <w:r w:rsidR="00B16DF9">
                  <w:rPr>
                    <w:rStyle w:val="Plassholdertekst1"/>
                    <w:sz w:val="19"/>
                  </w:rPr>
                  <w:t>Enter result</w:t>
                </w:r>
              </w:sdtContent>
            </w:sdt>
          </w:p>
        </w:tc>
      </w:tr>
      <w:tr w:rsidR="00A91957" w14:paraId="53C0912C" w14:textId="77777777">
        <w:trPr>
          <w:cantSplit/>
          <w:trHeight w:val="578"/>
          <w:jc w:val="center"/>
        </w:trPr>
        <w:tc>
          <w:tcPr>
            <w:tcW w:w="1219" w:type="dxa"/>
            <w:tcBorders>
              <w:top w:val="single" w:sz="4" w:space="0" w:color="D8DCE1"/>
              <w:left w:val="single" w:sz="4" w:space="0" w:color="D8DCE1"/>
              <w:bottom w:val="single" w:sz="4" w:space="0" w:color="D8DCE1"/>
              <w:right w:val="single" w:sz="4" w:space="0" w:color="D8DCE1"/>
            </w:tcBorders>
            <w:shd w:val="clear" w:color="auto" w:fill="F4F5F6"/>
            <w:tcMar>
              <w:top w:w="95" w:type="dxa"/>
              <w:left w:w="120" w:type="dxa"/>
              <w:bottom w:w="95" w:type="dxa"/>
              <w:right w:w="120" w:type="dxa"/>
            </w:tcMar>
            <w:vAlign w:val="center"/>
          </w:tcPr>
          <w:p w14:paraId="40169707" w14:textId="77777777" w:rsidR="00A91957" w:rsidRDefault="00000000">
            <w:pPr>
              <w:spacing w:after="0" w:line="264" w:lineRule="auto"/>
            </w:pPr>
            <w:sdt>
              <w:sdtPr>
                <w:alias w:val="National 3 Year"/>
                <w:tag w:val="national_3_year"/>
                <w:id w:val="310021"/>
                <w:showingPlcHdr/>
                <w:text w:multiLine="1"/>
              </w:sdtPr>
              <w:sdtContent>
                <w:r w:rsidR="00B16DF9">
                  <w:rPr>
                    <w:rStyle w:val="Plassholdertekst1"/>
                    <w:sz w:val="19"/>
                  </w:rPr>
                  <w:t>Enter year</w:t>
                </w:r>
              </w:sdtContent>
            </w:sdt>
          </w:p>
        </w:tc>
        <w:tc>
          <w:tcPr>
            <w:tcW w:w="6406" w:type="dxa"/>
            <w:tcBorders>
              <w:top w:val="single" w:sz="4" w:space="0" w:color="D8DCE1"/>
              <w:left w:val="single" w:sz="4" w:space="0" w:color="D8DCE1"/>
              <w:bottom w:val="single" w:sz="4" w:space="0" w:color="D8DCE1"/>
              <w:right w:val="single" w:sz="4" w:space="0" w:color="D8DCE1"/>
            </w:tcBorders>
            <w:shd w:val="clear" w:color="auto" w:fill="F4F5F6"/>
            <w:tcMar>
              <w:top w:w="95" w:type="dxa"/>
              <w:left w:w="120" w:type="dxa"/>
              <w:bottom w:w="95" w:type="dxa"/>
              <w:right w:w="120" w:type="dxa"/>
            </w:tcMar>
            <w:vAlign w:val="center"/>
          </w:tcPr>
          <w:p w14:paraId="3DACC2A8" w14:textId="77777777" w:rsidR="00A91957" w:rsidRDefault="00000000">
            <w:pPr>
              <w:spacing w:after="0" w:line="264" w:lineRule="auto"/>
            </w:pPr>
            <w:sdt>
              <w:sdtPr>
                <w:alias w:val="National 3 Competition"/>
                <w:tag w:val="national_3_competition"/>
                <w:id w:val="310022"/>
                <w:showingPlcHdr/>
                <w:text w:multiLine="1"/>
              </w:sdtPr>
              <w:sdtContent>
                <w:r w:rsidR="00B16DF9">
                  <w:rPr>
                    <w:rStyle w:val="Plassholdertekst1"/>
                    <w:sz w:val="19"/>
                  </w:rPr>
                  <w:t>Enter competition</w:t>
                </w:r>
              </w:sdtContent>
            </w:sdt>
          </w:p>
        </w:tc>
        <w:tc>
          <w:tcPr>
            <w:tcW w:w="2409" w:type="dxa"/>
            <w:tcBorders>
              <w:top w:val="single" w:sz="4" w:space="0" w:color="D8DCE1"/>
              <w:left w:val="single" w:sz="4" w:space="0" w:color="D8DCE1"/>
              <w:bottom w:val="single" w:sz="4" w:space="0" w:color="D8DCE1"/>
              <w:right w:val="single" w:sz="4" w:space="0" w:color="D8DCE1"/>
            </w:tcBorders>
            <w:shd w:val="clear" w:color="auto" w:fill="F4F5F6"/>
            <w:tcMar>
              <w:top w:w="95" w:type="dxa"/>
              <w:left w:w="120" w:type="dxa"/>
              <w:bottom w:w="95" w:type="dxa"/>
              <w:right w:w="120" w:type="dxa"/>
            </w:tcMar>
            <w:vAlign w:val="center"/>
          </w:tcPr>
          <w:p w14:paraId="27B4878A" w14:textId="77777777" w:rsidR="00A91957" w:rsidRDefault="00000000">
            <w:pPr>
              <w:spacing w:after="0" w:line="264" w:lineRule="auto"/>
            </w:pPr>
            <w:sdt>
              <w:sdtPr>
                <w:alias w:val="National 3 Result"/>
                <w:tag w:val="national_3_result"/>
                <w:id w:val="310023"/>
                <w:showingPlcHdr/>
                <w:text w:multiLine="1"/>
              </w:sdtPr>
              <w:sdtContent>
                <w:r w:rsidR="00B16DF9">
                  <w:rPr>
                    <w:rStyle w:val="Plassholdertekst1"/>
                    <w:sz w:val="19"/>
                  </w:rPr>
                  <w:t>Enter result</w:t>
                </w:r>
              </w:sdtContent>
            </w:sdt>
          </w:p>
        </w:tc>
      </w:tr>
    </w:tbl>
    <w:p w14:paraId="1D8E2F3C" w14:textId="77777777" w:rsidR="00A91957" w:rsidRDefault="00B16DF9">
      <w:pPr>
        <w:keepNext/>
        <w:spacing w:before="240" w:after="100" w:line="271" w:lineRule="auto"/>
      </w:pPr>
      <w:r>
        <w:rPr>
          <w:rFonts w:eastAsia="Arial" w:cs="Arial"/>
          <w:b/>
        </w:rPr>
        <w:t>Education;</w:t>
      </w:r>
    </w:p>
    <w:tbl>
      <w:tblPr>
        <w:tblW w:w="10035" w:type="dxa"/>
        <w:jc w:val="center"/>
        <w:tblLayout w:type="fixed"/>
        <w:tblLook w:val="04A0" w:firstRow="1" w:lastRow="0" w:firstColumn="1" w:lastColumn="0" w:noHBand="0" w:noVBand="1"/>
      </w:tblPr>
      <w:tblGrid>
        <w:gridCol w:w="10035"/>
      </w:tblGrid>
      <w:tr w:rsidR="00A91957" w14:paraId="6BD61D98" w14:textId="77777777">
        <w:trPr>
          <w:cantSplit/>
          <w:jc w:val="center"/>
        </w:trPr>
        <w:tc>
          <w:tcPr>
            <w:tcW w:w="10035" w:type="dxa"/>
            <w:tcBorders>
              <w:top w:val="single" w:sz="4" w:space="0" w:color="D8DCE1"/>
              <w:left w:val="single" w:sz="4" w:space="0" w:color="D8DCE1"/>
              <w:bottom w:val="nil"/>
              <w:right w:val="single" w:sz="4" w:space="0" w:color="D8DCE1"/>
            </w:tcBorders>
            <w:shd w:val="clear" w:color="auto" w:fill="F4F5F6"/>
            <w:tcMar>
              <w:top w:w="85" w:type="dxa"/>
              <w:left w:w="140" w:type="dxa"/>
              <w:bottom w:w="80" w:type="dxa"/>
              <w:right w:w="140" w:type="dxa"/>
            </w:tcMar>
            <w:vAlign w:val="center"/>
          </w:tcPr>
          <w:p w14:paraId="72B6DA00" w14:textId="77777777" w:rsidR="00A91957" w:rsidRDefault="00B16DF9">
            <w:pPr>
              <w:keepNext/>
              <w:spacing w:after="0" w:line="264" w:lineRule="auto"/>
            </w:pPr>
            <w:r>
              <w:rPr>
                <w:rFonts w:eastAsia="Arial" w:cs="Arial"/>
                <w:color w:val="59616A"/>
                <w:sz w:val="19"/>
              </w:rPr>
              <w:t>What is your academic background? Are you educated? - Coach, medicine, management, economy, Legal. How many years of education?  Have you finished?</w:t>
            </w:r>
          </w:p>
        </w:tc>
      </w:tr>
      <w:tr w:rsidR="00A91957" w14:paraId="273A9BD9" w14:textId="77777777">
        <w:trPr>
          <w:trHeight w:val="1020"/>
          <w:jc w:val="center"/>
        </w:trPr>
        <w:tc>
          <w:tcPr>
            <w:tcW w:w="10035" w:type="dxa"/>
            <w:tcBorders>
              <w:top w:val="nil"/>
              <w:left w:val="single" w:sz="4" w:space="0" w:color="D8DCE1"/>
              <w:bottom w:val="single" w:sz="4" w:space="0" w:color="D8DCE1"/>
              <w:right w:val="single" w:sz="4" w:space="0" w:color="D8DCE1"/>
            </w:tcBorders>
            <w:shd w:val="clear" w:color="auto" w:fill="FFFFFF"/>
            <w:tcMar>
              <w:top w:w="100" w:type="dxa"/>
              <w:left w:w="140" w:type="dxa"/>
              <w:bottom w:w="90" w:type="dxa"/>
              <w:right w:w="140" w:type="dxa"/>
            </w:tcMar>
          </w:tcPr>
          <w:p w14:paraId="103A4A21" w14:textId="77777777" w:rsidR="00A91957" w:rsidRDefault="00000000">
            <w:pPr>
              <w:spacing w:after="0" w:line="269" w:lineRule="auto"/>
            </w:pPr>
            <w:sdt>
              <w:sdtPr>
                <w:alias w:val="Education"/>
                <w:tag w:val="education"/>
                <w:id w:val="310024"/>
                <w:showingPlcHdr/>
                <w:text w:multiLine="1"/>
              </w:sdtPr>
              <w:sdtContent>
                <w:r w:rsidR="00B16DF9">
                  <w:rPr>
                    <w:rStyle w:val="Plassholdertekst1"/>
                    <w:sz w:val="19"/>
                  </w:rPr>
                  <w:t>Click or tap here to enter text.</w:t>
                </w:r>
              </w:sdtContent>
            </w:sdt>
          </w:p>
        </w:tc>
      </w:tr>
    </w:tbl>
    <w:p w14:paraId="0E798EBB" w14:textId="2168AC6B" w:rsidR="00A91957" w:rsidRDefault="00896EF1">
      <w:pPr>
        <w:keepNext/>
        <w:spacing w:before="200" w:after="100" w:line="271" w:lineRule="auto"/>
      </w:pPr>
      <w:r>
        <w:rPr>
          <w:rFonts w:eastAsia="Arial" w:cs="Arial"/>
          <w:b/>
        </w:rPr>
        <w:t>Your volunteer engagement;</w:t>
      </w:r>
    </w:p>
    <w:tbl>
      <w:tblPr>
        <w:tblW w:w="10035" w:type="dxa"/>
        <w:jc w:val="center"/>
        <w:tblLayout w:type="fixed"/>
        <w:tblLook w:val="04A0" w:firstRow="1" w:lastRow="0" w:firstColumn="1" w:lastColumn="0" w:noHBand="0" w:noVBand="1"/>
      </w:tblPr>
      <w:tblGrid>
        <w:gridCol w:w="10035"/>
      </w:tblGrid>
      <w:tr w:rsidR="00A91957" w14:paraId="10511014" w14:textId="77777777">
        <w:trPr>
          <w:cantSplit/>
          <w:jc w:val="center"/>
        </w:trPr>
        <w:tc>
          <w:tcPr>
            <w:tcW w:w="10035" w:type="dxa"/>
            <w:tcBorders>
              <w:top w:val="single" w:sz="4" w:space="0" w:color="D8DCE1"/>
              <w:left w:val="single" w:sz="4" w:space="0" w:color="D8DCE1"/>
              <w:bottom w:val="nil"/>
              <w:right w:val="single" w:sz="4" w:space="0" w:color="D8DCE1"/>
            </w:tcBorders>
            <w:shd w:val="clear" w:color="auto" w:fill="F4F5F6"/>
            <w:tcMar>
              <w:top w:w="85" w:type="dxa"/>
              <w:left w:w="140" w:type="dxa"/>
              <w:bottom w:w="80" w:type="dxa"/>
              <w:right w:w="140" w:type="dxa"/>
            </w:tcMar>
            <w:vAlign w:val="center"/>
          </w:tcPr>
          <w:p w14:paraId="68654691" w14:textId="77777777" w:rsidR="00A91957" w:rsidRDefault="00B16DF9">
            <w:pPr>
              <w:keepNext/>
              <w:spacing w:after="0" w:line="264" w:lineRule="auto"/>
            </w:pPr>
            <w:r>
              <w:rPr>
                <w:rFonts w:eastAsia="Arial" w:cs="Arial"/>
                <w:color w:val="59616A"/>
                <w:sz w:val="19"/>
              </w:rPr>
              <w:t>Been part of boards, committees, active as referee or others</w:t>
            </w:r>
          </w:p>
        </w:tc>
      </w:tr>
      <w:tr w:rsidR="00A91957" w14:paraId="608FD8B9" w14:textId="77777777">
        <w:trPr>
          <w:trHeight w:val="907"/>
          <w:jc w:val="center"/>
        </w:trPr>
        <w:tc>
          <w:tcPr>
            <w:tcW w:w="10035" w:type="dxa"/>
            <w:tcBorders>
              <w:top w:val="nil"/>
              <w:left w:val="single" w:sz="4" w:space="0" w:color="D8DCE1"/>
              <w:bottom w:val="single" w:sz="4" w:space="0" w:color="D8DCE1"/>
              <w:right w:val="single" w:sz="4" w:space="0" w:color="D8DCE1"/>
            </w:tcBorders>
            <w:shd w:val="clear" w:color="auto" w:fill="FFFFFF"/>
            <w:tcMar>
              <w:top w:w="100" w:type="dxa"/>
              <w:left w:w="140" w:type="dxa"/>
              <w:bottom w:w="90" w:type="dxa"/>
              <w:right w:w="140" w:type="dxa"/>
            </w:tcMar>
          </w:tcPr>
          <w:p w14:paraId="10E29C38" w14:textId="77777777" w:rsidR="00A91957" w:rsidRDefault="00000000">
            <w:pPr>
              <w:spacing w:after="0" w:line="269" w:lineRule="auto"/>
            </w:pPr>
            <w:sdt>
              <w:sdtPr>
                <w:alias w:val="Volunteer Engagement"/>
                <w:tag w:val="volunteer_engagement"/>
                <w:id w:val="310025"/>
                <w:showingPlcHdr/>
                <w:text w:multiLine="1"/>
              </w:sdtPr>
              <w:sdtContent>
                <w:r w:rsidR="00B16DF9">
                  <w:rPr>
                    <w:rStyle w:val="Plassholdertekst1"/>
                    <w:sz w:val="19"/>
                  </w:rPr>
                  <w:t>Click or tap here to enter text.</w:t>
                </w:r>
              </w:sdtContent>
            </w:sdt>
          </w:p>
        </w:tc>
      </w:tr>
    </w:tbl>
    <w:p w14:paraId="097A1CE2" w14:textId="77777777" w:rsidR="00A91957" w:rsidRDefault="00B16DF9">
      <w:pPr>
        <w:keepNext/>
        <w:spacing w:before="200" w:after="100" w:line="271" w:lineRule="auto"/>
      </w:pPr>
      <w:r>
        <w:rPr>
          <w:rFonts w:eastAsia="Arial" w:cs="Arial"/>
          <w:b/>
        </w:rPr>
        <w:t>Any other relevant information;</w:t>
      </w:r>
    </w:p>
    <w:tbl>
      <w:tblPr>
        <w:tblW w:w="10035" w:type="dxa"/>
        <w:jc w:val="center"/>
        <w:tblLayout w:type="fixed"/>
        <w:tblLook w:val="04A0" w:firstRow="1" w:lastRow="0" w:firstColumn="1" w:lastColumn="0" w:noHBand="0" w:noVBand="1"/>
      </w:tblPr>
      <w:tblGrid>
        <w:gridCol w:w="10035"/>
      </w:tblGrid>
      <w:tr w:rsidR="00A91957" w14:paraId="60398746" w14:textId="77777777">
        <w:trPr>
          <w:cantSplit/>
          <w:jc w:val="center"/>
        </w:trPr>
        <w:tc>
          <w:tcPr>
            <w:tcW w:w="10035" w:type="dxa"/>
            <w:tcBorders>
              <w:top w:val="single" w:sz="4" w:space="0" w:color="D8DCE1"/>
              <w:left w:val="single" w:sz="4" w:space="0" w:color="D8DCE1"/>
              <w:bottom w:val="nil"/>
              <w:right w:val="single" w:sz="4" w:space="0" w:color="D8DCE1"/>
            </w:tcBorders>
            <w:shd w:val="clear" w:color="auto" w:fill="F4F5F6"/>
            <w:tcMar>
              <w:top w:w="85" w:type="dxa"/>
              <w:left w:w="140" w:type="dxa"/>
              <w:bottom w:w="80" w:type="dxa"/>
              <w:right w:w="140" w:type="dxa"/>
            </w:tcMar>
            <w:vAlign w:val="center"/>
          </w:tcPr>
          <w:p w14:paraId="2CB2BE41" w14:textId="77777777" w:rsidR="00A91957" w:rsidRDefault="00B16DF9">
            <w:pPr>
              <w:keepNext/>
              <w:spacing w:after="0" w:line="264" w:lineRule="auto"/>
            </w:pPr>
            <w:r>
              <w:rPr>
                <w:rFonts w:eastAsia="Arial" w:cs="Arial"/>
                <w:color w:val="59616A"/>
                <w:sz w:val="19"/>
              </w:rPr>
              <w:t>Do you feel to add information of relevance for the application?</w:t>
            </w:r>
          </w:p>
        </w:tc>
      </w:tr>
      <w:tr w:rsidR="00A91957" w14:paraId="28716151" w14:textId="77777777">
        <w:trPr>
          <w:trHeight w:val="907"/>
          <w:jc w:val="center"/>
        </w:trPr>
        <w:tc>
          <w:tcPr>
            <w:tcW w:w="10035" w:type="dxa"/>
            <w:tcBorders>
              <w:top w:val="nil"/>
              <w:left w:val="single" w:sz="4" w:space="0" w:color="D8DCE1"/>
              <w:bottom w:val="single" w:sz="4" w:space="0" w:color="D8DCE1"/>
              <w:right w:val="single" w:sz="4" w:space="0" w:color="D8DCE1"/>
            </w:tcBorders>
            <w:shd w:val="clear" w:color="auto" w:fill="FFFFFF"/>
            <w:tcMar>
              <w:top w:w="100" w:type="dxa"/>
              <w:left w:w="140" w:type="dxa"/>
              <w:bottom w:w="90" w:type="dxa"/>
              <w:right w:w="140" w:type="dxa"/>
            </w:tcMar>
          </w:tcPr>
          <w:p w14:paraId="1A076318" w14:textId="77777777" w:rsidR="00A91957" w:rsidRDefault="00000000">
            <w:pPr>
              <w:spacing w:after="0" w:line="269" w:lineRule="auto"/>
            </w:pPr>
            <w:sdt>
              <w:sdtPr>
                <w:alias w:val="Other Information"/>
                <w:tag w:val="other_information"/>
                <w:id w:val="310026"/>
                <w:showingPlcHdr/>
                <w:text w:multiLine="1"/>
              </w:sdtPr>
              <w:sdtContent>
                <w:r w:rsidR="00B16DF9">
                  <w:rPr>
                    <w:rStyle w:val="Plassholdertekst1"/>
                    <w:sz w:val="19"/>
                  </w:rPr>
                  <w:t>Click or tap here to enter text.</w:t>
                </w:r>
              </w:sdtContent>
            </w:sdt>
          </w:p>
        </w:tc>
      </w:tr>
    </w:tbl>
    <w:p w14:paraId="20AF32D9" w14:textId="77777777" w:rsidR="00A91957" w:rsidRDefault="00B16DF9">
      <w:pPr>
        <w:keepNext/>
        <w:spacing w:before="240" w:after="160" w:line="271" w:lineRule="auto"/>
      </w:pPr>
      <w:r>
        <w:rPr>
          <w:rFonts w:eastAsia="Arial" w:cs="Arial"/>
          <w:sz w:val="20"/>
        </w:rPr>
        <w:t>We, the signatories, confirm all information to be correct and we are aware of the basic conditions. We understand that if the applicant is chosen to be part of the program, we need to sign a binding contract.</w:t>
      </w:r>
    </w:p>
    <w:tbl>
      <w:tblPr>
        <w:tblW w:w="10035" w:type="dxa"/>
        <w:jc w:val="center"/>
        <w:tblLayout w:type="fixed"/>
        <w:tblLook w:val="04A0" w:firstRow="1" w:lastRow="0" w:firstColumn="1" w:lastColumn="0" w:noHBand="0" w:noVBand="1"/>
      </w:tblPr>
      <w:tblGrid>
        <w:gridCol w:w="4876"/>
        <w:gridCol w:w="283"/>
        <w:gridCol w:w="4876"/>
      </w:tblGrid>
      <w:tr w:rsidR="00A91957" w14:paraId="0A26B26E" w14:textId="77777777">
        <w:trPr>
          <w:cantSplit/>
          <w:jc w:val="center"/>
        </w:trPr>
        <w:tc>
          <w:tcPr>
            <w:tcW w:w="4876" w:type="dxa"/>
            <w:tcBorders>
              <w:top w:val="nil"/>
              <w:left w:val="nil"/>
              <w:bottom w:val="nil"/>
              <w:right w:val="nil"/>
            </w:tcBorders>
            <w:shd w:val="clear" w:color="auto" w:fill="101215"/>
            <w:tcMar>
              <w:top w:w="80" w:type="dxa"/>
              <w:left w:w="140" w:type="dxa"/>
              <w:bottom w:w="80" w:type="dxa"/>
              <w:right w:w="140" w:type="dxa"/>
            </w:tcMar>
            <w:vAlign w:val="center"/>
          </w:tcPr>
          <w:p w14:paraId="7C3E812D" w14:textId="77777777" w:rsidR="00A91957" w:rsidRDefault="00B16DF9">
            <w:pPr>
              <w:keepNext/>
              <w:spacing w:after="0" w:line="264" w:lineRule="auto"/>
            </w:pPr>
            <w:r>
              <w:rPr>
                <w:rFonts w:eastAsia="Arial" w:cs="Arial"/>
                <w:b/>
                <w:color w:val="FFFFFF"/>
                <w:sz w:val="18"/>
              </w:rPr>
              <w:t>Signature of applicant</w:t>
            </w:r>
          </w:p>
        </w:tc>
        <w:tc>
          <w:tcPr>
            <w:tcW w:w="283" w:type="dxa"/>
            <w:tcBorders>
              <w:top w:val="nil"/>
              <w:left w:val="nil"/>
              <w:bottom w:val="nil"/>
              <w:right w:val="nil"/>
            </w:tcBorders>
            <w:tcMar>
              <w:top w:w="95" w:type="dxa"/>
              <w:left w:w="120" w:type="dxa"/>
              <w:bottom w:w="95" w:type="dxa"/>
              <w:right w:w="120" w:type="dxa"/>
            </w:tcMar>
            <w:vAlign w:val="center"/>
          </w:tcPr>
          <w:p w14:paraId="04EE8D18" w14:textId="77777777" w:rsidR="00A91957" w:rsidRDefault="00A91957">
            <w:pPr>
              <w:spacing w:after="0" w:line="264" w:lineRule="auto"/>
            </w:pPr>
          </w:p>
        </w:tc>
        <w:tc>
          <w:tcPr>
            <w:tcW w:w="4876" w:type="dxa"/>
            <w:tcBorders>
              <w:top w:val="nil"/>
              <w:left w:val="nil"/>
              <w:bottom w:val="nil"/>
              <w:right w:val="nil"/>
            </w:tcBorders>
            <w:shd w:val="clear" w:color="auto" w:fill="101215"/>
            <w:tcMar>
              <w:top w:w="80" w:type="dxa"/>
              <w:left w:w="140" w:type="dxa"/>
              <w:bottom w:w="80" w:type="dxa"/>
              <w:right w:w="140" w:type="dxa"/>
            </w:tcMar>
            <w:vAlign w:val="center"/>
          </w:tcPr>
          <w:p w14:paraId="4EA77B01" w14:textId="77777777" w:rsidR="00A91957" w:rsidRDefault="00B16DF9">
            <w:pPr>
              <w:keepNext/>
              <w:spacing w:after="0" w:line="264" w:lineRule="auto"/>
            </w:pPr>
            <w:r>
              <w:rPr>
                <w:rFonts w:eastAsia="Arial" w:cs="Arial"/>
                <w:b/>
                <w:color w:val="FFFFFF"/>
                <w:sz w:val="18"/>
              </w:rPr>
              <w:t>Signature of National Federation President</w:t>
            </w:r>
          </w:p>
        </w:tc>
      </w:tr>
      <w:tr w:rsidR="00A91957" w14:paraId="77EB7104" w14:textId="77777777">
        <w:trPr>
          <w:cantSplit/>
          <w:trHeight w:val="992"/>
          <w:jc w:val="center"/>
        </w:trPr>
        <w:tc>
          <w:tcPr>
            <w:tcW w:w="4876" w:type="dxa"/>
            <w:tcBorders>
              <w:top w:val="nil"/>
              <w:left w:val="single" w:sz="4" w:space="0" w:color="D8DCE1"/>
              <w:bottom w:val="single" w:sz="4" w:space="0" w:color="D8DCE1"/>
              <w:right w:val="single" w:sz="4" w:space="0" w:color="D8DCE1"/>
            </w:tcBorders>
            <w:shd w:val="clear" w:color="auto" w:fill="FFFFFF"/>
            <w:tcMar>
              <w:top w:w="105" w:type="dxa"/>
              <w:left w:w="140" w:type="dxa"/>
              <w:bottom w:w="100" w:type="dxa"/>
              <w:right w:w="140" w:type="dxa"/>
            </w:tcMar>
          </w:tcPr>
          <w:p w14:paraId="0997CA01" w14:textId="77777777" w:rsidR="00A91957" w:rsidRDefault="00000000">
            <w:pPr>
              <w:spacing w:after="0" w:line="264" w:lineRule="auto"/>
            </w:pPr>
            <w:sdt>
              <w:sdtPr>
                <w:alias w:val="Signature Applicant"/>
                <w:tag w:val="signature_applicant"/>
                <w:id w:val="310027"/>
                <w:showingPlcHdr/>
                <w:text w:multiLine="1"/>
              </w:sdtPr>
              <w:sdtContent>
                <w:r w:rsidR="00B16DF9">
                  <w:rPr>
                    <w:rStyle w:val="Plassholdertekst1"/>
                    <w:sz w:val="19"/>
                  </w:rPr>
                  <w:t>Signature</w:t>
                </w:r>
              </w:sdtContent>
            </w:sdt>
          </w:p>
        </w:tc>
        <w:tc>
          <w:tcPr>
            <w:tcW w:w="283" w:type="dxa"/>
            <w:tcBorders>
              <w:top w:val="nil"/>
              <w:left w:val="nil"/>
              <w:bottom w:val="nil"/>
              <w:right w:val="nil"/>
            </w:tcBorders>
            <w:tcMar>
              <w:top w:w="95" w:type="dxa"/>
              <w:left w:w="120" w:type="dxa"/>
              <w:bottom w:w="95" w:type="dxa"/>
              <w:right w:w="120" w:type="dxa"/>
            </w:tcMar>
            <w:vAlign w:val="center"/>
          </w:tcPr>
          <w:p w14:paraId="1F2D4A01" w14:textId="77777777" w:rsidR="00A91957" w:rsidRDefault="00A91957">
            <w:pPr>
              <w:spacing w:after="0" w:line="264" w:lineRule="auto"/>
            </w:pPr>
          </w:p>
        </w:tc>
        <w:tc>
          <w:tcPr>
            <w:tcW w:w="4876" w:type="dxa"/>
            <w:tcBorders>
              <w:top w:val="nil"/>
              <w:left w:val="single" w:sz="4" w:space="0" w:color="D8DCE1"/>
              <w:bottom w:val="single" w:sz="4" w:space="0" w:color="D8DCE1"/>
              <w:right w:val="single" w:sz="4" w:space="0" w:color="D8DCE1"/>
            </w:tcBorders>
            <w:shd w:val="clear" w:color="auto" w:fill="FFFFFF"/>
            <w:tcMar>
              <w:top w:w="105" w:type="dxa"/>
              <w:left w:w="140" w:type="dxa"/>
              <w:bottom w:w="100" w:type="dxa"/>
              <w:right w:w="140" w:type="dxa"/>
            </w:tcMar>
          </w:tcPr>
          <w:p w14:paraId="277CC056" w14:textId="77777777" w:rsidR="00A91957" w:rsidRDefault="00000000">
            <w:pPr>
              <w:spacing w:after="0" w:line="264" w:lineRule="auto"/>
            </w:pPr>
            <w:sdt>
              <w:sdtPr>
                <w:alias w:val="Signature Nf President"/>
                <w:tag w:val="signature_nf_president"/>
                <w:id w:val="310028"/>
                <w:showingPlcHdr/>
                <w:text w:multiLine="1"/>
              </w:sdtPr>
              <w:sdtContent>
                <w:r w:rsidR="00B16DF9">
                  <w:rPr>
                    <w:rStyle w:val="Plassholdertekst1"/>
                    <w:sz w:val="19"/>
                  </w:rPr>
                  <w:t>Signature</w:t>
                </w:r>
              </w:sdtContent>
            </w:sdt>
          </w:p>
        </w:tc>
      </w:tr>
    </w:tbl>
    <w:p w14:paraId="756DC7FC" w14:textId="77777777" w:rsidR="00E37873" w:rsidRDefault="00E37873"/>
    <w:sectPr w:rsidR="00E37873" w:rsidSect="00034616">
      <w:headerReference w:type="default" r:id="rId11"/>
      <w:footerReference w:type="default" r:id="rId12"/>
      <w:pgSz w:w="11906" w:h="16838"/>
      <w:pgMar w:top="1899" w:right="935" w:bottom="964" w:left="935"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B1F62" w14:textId="77777777" w:rsidR="00AD0608" w:rsidRDefault="00AD0608">
      <w:pPr>
        <w:spacing w:after="0" w:line="240" w:lineRule="auto"/>
      </w:pPr>
      <w:r>
        <w:separator/>
      </w:r>
    </w:p>
  </w:endnote>
  <w:endnote w:type="continuationSeparator" w:id="0">
    <w:p w14:paraId="295B7C56" w14:textId="77777777" w:rsidR="00AD0608" w:rsidRDefault="00AD0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864C" w14:textId="77777777" w:rsidR="00A91957" w:rsidRDefault="00A91957">
    <w:pPr>
      <w:pStyle w:val="Pidipagina"/>
      <w:spacing w:line="20" w:lineRule="exact"/>
    </w:pPr>
  </w:p>
  <w:tbl>
    <w:tblPr>
      <w:tblW w:w="10035" w:type="dxa"/>
      <w:jc w:val="center"/>
      <w:tblLayout w:type="fixed"/>
      <w:tblLook w:val="04A0" w:firstRow="1" w:lastRow="0" w:firstColumn="1" w:lastColumn="0" w:noHBand="0" w:noVBand="1"/>
    </w:tblPr>
    <w:tblGrid>
      <w:gridCol w:w="4706"/>
      <w:gridCol w:w="3742"/>
      <w:gridCol w:w="1587"/>
    </w:tblGrid>
    <w:tr w:rsidR="00A91957" w14:paraId="4901CD24" w14:textId="77777777">
      <w:trPr>
        <w:jc w:val="center"/>
      </w:trPr>
      <w:tc>
        <w:tcPr>
          <w:tcW w:w="4706" w:type="dxa"/>
          <w:tcBorders>
            <w:top w:val="single" w:sz="4" w:space="0" w:color="D8DCE1"/>
            <w:left w:val="nil"/>
            <w:bottom w:val="nil"/>
            <w:right w:val="nil"/>
          </w:tcBorders>
          <w:tcMar>
            <w:top w:w="110" w:type="dxa"/>
            <w:left w:w="0" w:type="dxa"/>
            <w:bottom w:w="0" w:type="dxa"/>
            <w:right w:w="0" w:type="dxa"/>
          </w:tcMar>
          <w:vAlign w:val="center"/>
        </w:tcPr>
        <w:p w14:paraId="63F5C815" w14:textId="77777777" w:rsidR="00A91957" w:rsidRDefault="00B16DF9">
          <w:pPr>
            <w:spacing w:after="0" w:line="264" w:lineRule="auto"/>
          </w:pPr>
          <w:r>
            <w:rPr>
              <w:rFonts w:eastAsia="Arial" w:cs="Arial"/>
              <w:b/>
              <w:sz w:val="16"/>
            </w:rPr>
            <w:t>WAKO GAMECHANGERS 2026</w:t>
          </w:r>
        </w:p>
      </w:tc>
      <w:tc>
        <w:tcPr>
          <w:tcW w:w="3742" w:type="dxa"/>
          <w:tcBorders>
            <w:top w:val="single" w:sz="4" w:space="0" w:color="D8DCE1"/>
            <w:left w:val="nil"/>
            <w:bottom w:val="nil"/>
            <w:right w:val="nil"/>
          </w:tcBorders>
          <w:tcMar>
            <w:top w:w="110" w:type="dxa"/>
            <w:left w:w="0" w:type="dxa"/>
            <w:bottom w:w="0" w:type="dxa"/>
            <w:right w:w="0" w:type="dxa"/>
          </w:tcMar>
          <w:vAlign w:val="center"/>
        </w:tcPr>
        <w:p w14:paraId="6709A97D" w14:textId="3850FECC" w:rsidR="00A91957" w:rsidRDefault="008E5916">
          <w:pPr>
            <w:spacing w:after="0" w:line="264" w:lineRule="auto"/>
            <w:jc w:val="right"/>
          </w:pPr>
          <w:r>
            <w:rPr>
              <w:rFonts w:eastAsia="Arial" w:cs="Arial"/>
              <w:color w:val="59616A"/>
              <w:sz w:val="17"/>
            </w:rPr>
            <w:t>administration</w:t>
          </w:r>
          <w:r w:rsidR="00B16DF9">
            <w:rPr>
              <w:rFonts w:eastAsia="Arial" w:cs="Arial"/>
              <w:color w:val="59616A"/>
              <w:sz w:val="17"/>
            </w:rPr>
            <w:t>@wako.sport</w:t>
          </w:r>
        </w:p>
      </w:tc>
      <w:tc>
        <w:tcPr>
          <w:tcW w:w="1587" w:type="dxa"/>
          <w:tcBorders>
            <w:top w:val="single" w:sz="4" w:space="0" w:color="D8DCE1"/>
            <w:left w:val="nil"/>
            <w:bottom w:val="nil"/>
            <w:right w:val="nil"/>
          </w:tcBorders>
          <w:tcMar>
            <w:top w:w="110" w:type="dxa"/>
            <w:left w:w="0" w:type="dxa"/>
            <w:bottom w:w="0" w:type="dxa"/>
            <w:right w:w="0" w:type="dxa"/>
          </w:tcMar>
          <w:vAlign w:val="center"/>
        </w:tcPr>
        <w:p w14:paraId="78B814C5" w14:textId="77777777" w:rsidR="00A91957" w:rsidRDefault="00B16DF9">
          <w:pPr>
            <w:spacing w:after="0" w:line="264" w:lineRule="auto"/>
            <w:jc w:val="right"/>
          </w:pPr>
          <w:r>
            <w:fldChar w:fldCharType="begin"/>
          </w:r>
          <w:r>
            <w:instrText>PAGE</w:instrText>
          </w:r>
          <w:r>
            <w:fldChar w:fldCharType="separate"/>
          </w:r>
          <w:r>
            <w:rPr>
              <w:sz w:val="17"/>
            </w:rPr>
            <w:t>1</w:t>
          </w:r>
          <w:r>
            <w:rPr>
              <w:sz w:val="17"/>
            </w:rPr>
            <w:fldChar w:fldCharType="end"/>
          </w:r>
          <w:r>
            <w:rPr>
              <w:rFonts w:eastAsia="Arial" w:cs="Arial"/>
              <w:color w:val="59616A"/>
              <w:sz w:val="17"/>
            </w:rPr>
            <w:t xml:space="preserve"> / </w:t>
          </w:r>
          <w:r>
            <w:fldChar w:fldCharType="begin"/>
          </w:r>
          <w:r>
            <w:instrText>NUMPAGES</w:instrText>
          </w:r>
          <w:r>
            <w:fldChar w:fldCharType="separate"/>
          </w:r>
          <w:r>
            <w:rPr>
              <w:sz w:val="17"/>
            </w:rPr>
            <w:t>4</w:t>
          </w:r>
          <w:r>
            <w:rPr>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1884F" w14:textId="77777777" w:rsidR="00AD0608" w:rsidRDefault="00AD0608">
      <w:pPr>
        <w:spacing w:after="0" w:line="240" w:lineRule="auto"/>
      </w:pPr>
      <w:r>
        <w:separator/>
      </w:r>
    </w:p>
  </w:footnote>
  <w:footnote w:type="continuationSeparator" w:id="0">
    <w:p w14:paraId="1AC0666C" w14:textId="77777777" w:rsidR="00AD0608" w:rsidRDefault="00AD0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0B887" w14:textId="33B95E02" w:rsidR="00A91957" w:rsidRDefault="00263F8D">
    <w:pPr>
      <w:pStyle w:val="Intestazione"/>
      <w:spacing w:line="20" w:lineRule="exact"/>
    </w:pPr>
    <w:r>
      <w:t>and</w:t>
    </w:r>
  </w:p>
  <w:tbl>
    <w:tblPr>
      <w:tblW w:w="10035" w:type="dxa"/>
      <w:jc w:val="center"/>
      <w:tblLayout w:type="fixed"/>
      <w:tblLook w:val="04A0" w:firstRow="1" w:lastRow="0" w:firstColumn="1" w:lastColumn="0" w:noHBand="0" w:noVBand="1"/>
    </w:tblPr>
    <w:tblGrid>
      <w:gridCol w:w="822"/>
      <w:gridCol w:w="3260"/>
      <w:gridCol w:w="3515"/>
      <w:gridCol w:w="2438"/>
    </w:tblGrid>
    <w:tr w:rsidR="00A91957" w14:paraId="0812A4AE" w14:textId="77777777">
      <w:trPr>
        <w:jc w:val="center"/>
      </w:trPr>
      <w:tc>
        <w:tcPr>
          <w:tcW w:w="4082" w:type="dxa"/>
          <w:gridSpan w:val="2"/>
          <w:tcBorders>
            <w:top w:val="nil"/>
            <w:left w:val="nil"/>
            <w:bottom w:val="nil"/>
            <w:right w:val="nil"/>
          </w:tcBorders>
          <w:tcMar>
            <w:top w:w="0" w:type="dxa"/>
            <w:left w:w="0" w:type="dxa"/>
            <w:bottom w:w="50" w:type="dxa"/>
            <w:right w:w="0" w:type="dxa"/>
          </w:tcMar>
          <w:vAlign w:val="center"/>
        </w:tcPr>
        <w:p w14:paraId="4213DE59" w14:textId="77777777" w:rsidR="00A91957" w:rsidRDefault="00B16DF9">
          <w:pPr>
            <w:spacing w:after="0" w:line="264" w:lineRule="auto"/>
          </w:pPr>
          <w:r>
            <w:rPr>
              <w:noProof/>
            </w:rPr>
            <w:drawing>
              <wp:inline distT="0" distB="0" distL="0" distR="0" wp14:anchorId="5B5C3B54" wp14:editId="7C5CE712">
                <wp:extent cx="1475999" cy="347774"/>
                <wp:effectExtent l="0" t="0" r="0" b="0"/>
                <wp:docPr id="1" name="Picture 1" descr="WAKO official wordmark supplied by the user" title="WA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ko_black_colours_nopadding.png"/>
                        <pic:cNvPicPr/>
                      </pic:nvPicPr>
                      <pic:blipFill>
                        <a:blip r:embed="rId1"/>
                        <a:stretch>
                          <a:fillRect/>
                        </a:stretch>
                      </pic:blipFill>
                      <pic:spPr>
                        <a:xfrm>
                          <a:off x="0" y="0"/>
                          <a:ext cx="1475999" cy="347774"/>
                        </a:xfrm>
                        <a:prstGeom prst="rect">
                          <a:avLst/>
                        </a:prstGeom>
                      </pic:spPr>
                    </pic:pic>
                  </a:graphicData>
                </a:graphic>
              </wp:inline>
            </w:drawing>
          </w:r>
        </w:p>
      </w:tc>
      <w:tc>
        <w:tcPr>
          <w:tcW w:w="3515" w:type="dxa"/>
          <w:tcBorders>
            <w:top w:val="nil"/>
            <w:left w:val="nil"/>
            <w:bottom w:val="nil"/>
            <w:right w:val="nil"/>
          </w:tcBorders>
          <w:tcMar>
            <w:top w:w="0" w:type="dxa"/>
            <w:left w:w="0" w:type="dxa"/>
            <w:bottom w:w="50" w:type="dxa"/>
            <w:right w:w="0" w:type="dxa"/>
          </w:tcMar>
          <w:vAlign w:val="center"/>
        </w:tcPr>
        <w:p w14:paraId="0F45C4DE" w14:textId="67B9BB88" w:rsidR="00A91957" w:rsidRDefault="00B16DF9">
          <w:pPr>
            <w:spacing w:after="0" w:line="278" w:lineRule="auto"/>
            <w:jc w:val="right"/>
          </w:pPr>
          <w:r>
            <w:rPr>
              <w:rFonts w:eastAsia="Arial" w:cs="Arial"/>
              <w:b/>
              <w:sz w:val="17"/>
            </w:rPr>
            <w:t xml:space="preserve">ATHLETE </w:t>
          </w:r>
          <w:r w:rsidR="00263F8D">
            <w:rPr>
              <w:rFonts w:eastAsia="Arial" w:cs="Arial"/>
              <w:b/>
              <w:sz w:val="17"/>
            </w:rPr>
            <w:t xml:space="preserve">AND COACH </w:t>
          </w:r>
          <w:r>
            <w:rPr>
              <w:rFonts w:eastAsia="Arial" w:cs="Arial"/>
              <w:b/>
              <w:sz w:val="17"/>
            </w:rPr>
            <w:t>CORNER</w:t>
          </w:r>
          <w:r>
            <w:br/>
          </w:r>
          <w:r>
            <w:rPr>
              <w:rFonts w:eastAsia="Arial" w:cs="Arial"/>
              <w:color w:val="59616A"/>
              <w:sz w:val="17"/>
            </w:rPr>
            <w:t>APPLICATION 2026</w:t>
          </w:r>
        </w:p>
      </w:tc>
      <w:tc>
        <w:tcPr>
          <w:tcW w:w="2438" w:type="dxa"/>
          <w:tcBorders>
            <w:top w:val="nil"/>
            <w:left w:val="nil"/>
            <w:bottom w:val="nil"/>
            <w:right w:val="nil"/>
          </w:tcBorders>
          <w:tcMar>
            <w:top w:w="0" w:type="dxa"/>
            <w:left w:w="0" w:type="dxa"/>
            <w:bottom w:w="50" w:type="dxa"/>
            <w:right w:w="0" w:type="dxa"/>
          </w:tcMar>
          <w:vAlign w:val="center"/>
        </w:tcPr>
        <w:p w14:paraId="029E2589" w14:textId="77777777" w:rsidR="00A91957" w:rsidRDefault="00B16DF9">
          <w:pPr>
            <w:spacing w:after="0" w:line="264" w:lineRule="auto"/>
            <w:jc w:val="right"/>
          </w:pPr>
          <w:r>
            <w:rPr>
              <w:noProof/>
            </w:rPr>
            <w:drawing>
              <wp:inline distT="0" distB="0" distL="0" distR="0" wp14:anchorId="13198A6A" wp14:editId="55DFB523">
                <wp:extent cx="972000" cy="574206"/>
                <wp:effectExtent l="0" t="0" r="0" b="0"/>
                <wp:docPr id="2" name="Picture 2" descr="Original WAKO GameChangers programme badge from the supplied application form" title="WAKO GameChan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echangers.png"/>
                        <pic:cNvPicPr/>
                      </pic:nvPicPr>
                      <pic:blipFill>
                        <a:blip r:embed="rId2"/>
                        <a:stretch>
                          <a:fillRect/>
                        </a:stretch>
                      </pic:blipFill>
                      <pic:spPr>
                        <a:xfrm>
                          <a:off x="0" y="0"/>
                          <a:ext cx="972000" cy="574206"/>
                        </a:xfrm>
                        <a:prstGeom prst="rect">
                          <a:avLst/>
                        </a:prstGeom>
                      </pic:spPr>
                    </pic:pic>
                  </a:graphicData>
                </a:graphic>
              </wp:inline>
            </w:drawing>
          </w:r>
        </w:p>
      </w:tc>
    </w:tr>
    <w:tr w:rsidR="00A91957" w14:paraId="375F48A3" w14:textId="77777777">
      <w:trPr>
        <w:trHeight w:hRule="exact" w:val="60"/>
        <w:jc w:val="center"/>
      </w:trPr>
      <w:tc>
        <w:tcPr>
          <w:tcW w:w="822" w:type="dxa"/>
          <w:tcBorders>
            <w:top w:val="nil"/>
            <w:left w:val="nil"/>
            <w:bottom w:val="nil"/>
            <w:right w:val="nil"/>
          </w:tcBorders>
          <w:shd w:val="clear" w:color="auto" w:fill="E4222B"/>
          <w:tcMar>
            <w:top w:w="0" w:type="dxa"/>
            <w:left w:w="0" w:type="dxa"/>
            <w:bottom w:w="0" w:type="dxa"/>
            <w:right w:w="0" w:type="dxa"/>
          </w:tcMar>
          <w:vAlign w:val="center"/>
        </w:tcPr>
        <w:p w14:paraId="4E446B9F" w14:textId="77777777" w:rsidR="00A91957" w:rsidRDefault="00A91957">
          <w:pPr>
            <w:spacing w:after="0" w:line="50" w:lineRule="exact"/>
          </w:pPr>
        </w:p>
      </w:tc>
      <w:tc>
        <w:tcPr>
          <w:tcW w:w="9213" w:type="dxa"/>
          <w:gridSpan w:val="3"/>
          <w:tcBorders>
            <w:top w:val="nil"/>
            <w:left w:val="nil"/>
            <w:bottom w:val="nil"/>
            <w:right w:val="nil"/>
          </w:tcBorders>
          <w:shd w:val="clear" w:color="auto" w:fill="101215"/>
          <w:tcMar>
            <w:top w:w="0" w:type="dxa"/>
            <w:left w:w="0" w:type="dxa"/>
            <w:bottom w:w="0" w:type="dxa"/>
            <w:right w:w="0" w:type="dxa"/>
          </w:tcMar>
          <w:vAlign w:val="center"/>
        </w:tcPr>
        <w:p w14:paraId="31E19D60" w14:textId="77777777" w:rsidR="00A91957" w:rsidRDefault="00A91957">
          <w:pPr>
            <w:spacing w:after="0" w:line="50" w:lineRule="exac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38379050">
    <w:abstractNumId w:val="8"/>
  </w:num>
  <w:num w:numId="2" w16cid:durableId="1782533302">
    <w:abstractNumId w:val="6"/>
  </w:num>
  <w:num w:numId="3" w16cid:durableId="725950657">
    <w:abstractNumId w:val="5"/>
  </w:num>
  <w:num w:numId="4" w16cid:durableId="362294436">
    <w:abstractNumId w:val="4"/>
  </w:num>
  <w:num w:numId="5" w16cid:durableId="2055157920">
    <w:abstractNumId w:val="7"/>
  </w:num>
  <w:num w:numId="6" w16cid:durableId="388773374">
    <w:abstractNumId w:val="3"/>
  </w:num>
  <w:num w:numId="7" w16cid:durableId="218900522">
    <w:abstractNumId w:val="2"/>
  </w:num>
  <w:num w:numId="8" w16cid:durableId="80293851">
    <w:abstractNumId w:val="1"/>
  </w:num>
  <w:num w:numId="9" w16cid:durableId="1523402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19EF"/>
    <w:rsid w:val="001B3794"/>
    <w:rsid w:val="00263F8D"/>
    <w:rsid w:val="0029639D"/>
    <w:rsid w:val="002C78D4"/>
    <w:rsid w:val="00326F90"/>
    <w:rsid w:val="0040485F"/>
    <w:rsid w:val="00577C1E"/>
    <w:rsid w:val="00663B06"/>
    <w:rsid w:val="007E7F6E"/>
    <w:rsid w:val="00896EF1"/>
    <w:rsid w:val="008D2905"/>
    <w:rsid w:val="008E5916"/>
    <w:rsid w:val="00A91957"/>
    <w:rsid w:val="00AA1D8D"/>
    <w:rsid w:val="00AD0608"/>
    <w:rsid w:val="00B16DF9"/>
    <w:rsid w:val="00B47730"/>
    <w:rsid w:val="00CB0664"/>
    <w:rsid w:val="00E10226"/>
    <w:rsid w:val="00E37873"/>
    <w:rsid w:val="00EF349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6298538-485F-4573-8309-5D4E908B9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40" w:line="281" w:lineRule="auto"/>
    </w:pPr>
    <w:rPr>
      <w:rFonts w:ascii="Arial" w:hAnsi="Arial"/>
      <w:color w:val="101215"/>
      <w:sz w:val="21"/>
    </w:rPr>
  </w:style>
  <w:style w:type="paragraph" w:styleId="Titolo1">
    <w:name w:val="heading 1"/>
    <w:basedOn w:val="Normale"/>
    <w:next w:val="Normale"/>
    <w:link w:val="Titolo1Carattere"/>
    <w:uiPriority w:val="9"/>
    <w:qFormat/>
    <w:rsid w:val="00FC693F"/>
    <w:pPr>
      <w:keepNext/>
      <w:keepLines/>
      <w:spacing w:after="120"/>
      <w:outlineLvl w:val="0"/>
    </w:pPr>
    <w:rPr>
      <w:rFonts w:asciiTheme="majorHAnsi" w:eastAsiaTheme="majorEastAsia" w:hAnsiTheme="majorHAnsi" w:cstheme="majorBidi"/>
      <w:b/>
      <w:bCs/>
      <w:sz w:val="50"/>
      <w:szCs w:val="28"/>
    </w:rPr>
  </w:style>
  <w:style w:type="paragraph" w:styleId="Titolo2">
    <w:name w:val="heading 2"/>
    <w:basedOn w:val="Normale"/>
    <w:next w:val="Normale"/>
    <w:link w:val="Titolo2Carattere"/>
    <w:uiPriority w:val="9"/>
    <w:unhideWhenUsed/>
    <w:qFormat/>
    <w:rsid w:val="00FC693F"/>
    <w:pPr>
      <w:keepNext/>
      <w:keepLines/>
      <w:spacing w:after="120"/>
      <w:outlineLvl w:val="1"/>
    </w:pPr>
    <w:rPr>
      <w:rFonts w:asciiTheme="majorHAnsi" w:eastAsiaTheme="majorEastAsia" w:hAnsiTheme="majorHAnsi" w:cstheme="majorBidi"/>
      <w:b/>
      <w:bCs/>
      <w:sz w:val="23"/>
      <w:szCs w:val="26"/>
    </w:rPr>
  </w:style>
  <w:style w:type="paragraph" w:styleId="Titolo3">
    <w:name w:val="heading 3"/>
    <w:basedOn w:val="Normale"/>
    <w:next w:val="Normale"/>
    <w:link w:val="Titolo3Carattere"/>
    <w:uiPriority w:val="9"/>
    <w:unhideWhenUsed/>
    <w:qFormat/>
    <w:rsid w:val="00FC693F"/>
    <w:pPr>
      <w:keepNext/>
      <w:keepLines/>
      <w:spacing w:after="120"/>
      <w:outlineLvl w:val="2"/>
    </w:pPr>
    <w:rPr>
      <w:rFonts w:asciiTheme="majorHAnsi" w:eastAsiaTheme="majorEastAsia" w:hAnsiTheme="majorHAnsi" w:cstheme="majorBidi"/>
      <w:b/>
      <w:bCs/>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spacing w:after="120" w:line="240" w:lineRule="auto"/>
      <w:contextualSpacing/>
    </w:pPr>
    <w:rPr>
      <w:rFonts w:asciiTheme="majorHAnsi" w:eastAsiaTheme="majorEastAsia" w:hAnsiTheme="majorHAnsi" w:cstheme="majorBidi"/>
      <w:b/>
      <w:spacing w:val="5"/>
      <w:kern w:val="28"/>
      <w:sz w:val="6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AKOEyebrow">
    <w:name w:val="WAKO Eyebrow"/>
    <w:pPr>
      <w:spacing w:after="0" w:line="264" w:lineRule="auto"/>
    </w:pPr>
    <w:rPr>
      <w:rFonts w:ascii="Arial" w:hAnsi="Arial"/>
      <w:b/>
      <w:color w:val="E4222B"/>
      <w:sz w:val="17"/>
    </w:rPr>
  </w:style>
  <w:style w:type="paragraph" w:customStyle="1" w:styleId="WAKONote">
    <w:name w:val="WAKO Note"/>
    <w:pPr>
      <w:spacing w:after="0" w:line="264" w:lineRule="auto"/>
    </w:pPr>
    <w:rPr>
      <w:rFonts w:ascii="Arial" w:hAnsi="Arial"/>
      <w:color w:val="59616A"/>
      <w:sz w:val="19"/>
    </w:rPr>
  </w:style>
  <w:style w:type="paragraph" w:customStyle="1" w:styleId="WAKOField">
    <w:name w:val="WAKO Field"/>
    <w:pPr>
      <w:spacing w:after="0" w:line="264" w:lineRule="auto"/>
    </w:pPr>
    <w:rPr>
      <w:rFonts w:ascii="Arial" w:hAnsi="Arial"/>
      <w:color w:val="101215"/>
      <w:sz w:val="20"/>
    </w:rPr>
  </w:style>
  <w:style w:type="character" w:customStyle="1" w:styleId="Plassholdertekst1">
    <w:name w:val="Plassholdertekst1"/>
    <w:rPr>
      <w:rFonts w:ascii="Arial" w:hAnsi="Arial"/>
      <w:color w:val="9CA3A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725C43C881303F49AF1AAC52B5F764BF" ma:contentTypeVersion="19" ma:contentTypeDescription="Opprett et nytt dokument." ma:contentTypeScope="" ma:versionID="fa23864f9f2e3fdb80aa2ac8a7d83f1c">
  <xsd:schema xmlns:xsd="http://www.w3.org/2001/XMLSchema" xmlns:xs="http://www.w3.org/2001/XMLSchema" xmlns:p="http://schemas.microsoft.com/office/2006/metadata/properties" xmlns:ns2="c81fea2f-99f0-4a85-b267-e00244e117ba" xmlns:ns3="12b318cd-fbee-44f0-9312-4148636eb251" xmlns:ns4="9e538389-cabc-4d4e-918a-8beb7ac0ecaa" targetNamespace="http://schemas.microsoft.com/office/2006/metadata/properties" ma:root="true" ma:fieldsID="dcce77140a047fc6863661a9c174fe5e" ns2:_="" ns3:_="" ns4:_="">
    <xsd:import namespace="c81fea2f-99f0-4a85-b267-e00244e117ba"/>
    <xsd:import namespace="12b318cd-fbee-44f0-9312-4148636eb251"/>
    <xsd:import namespace="9e538389-cabc-4d4e-918a-8beb7ac0ec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fea2f-99f0-4a85-b267-e00244e117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b318cd-fbee-44f0-9312-4148636eb251"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538389-cabc-4d4e-918a-8beb7ac0eca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33946db-cd0e-4c55-9a97-1fb45c90993a}" ma:internalName="TaxCatchAll" ma:showField="CatchAllData" ma:web="12b318cd-fbee-44f0-9312-4148636eb2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1fea2f-99f0-4a85-b267-e00244e117ba">
      <Terms xmlns="http://schemas.microsoft.com/office/infopath/2007/PartnerControls"/>
    </lcf76f155ced4ddcb4097134ff3c332f>
    <TaxCatchAll xmlns="9e538389-cabc-4d4e-918a-8beb7ac0eca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EC3D404-A942-41CC-AD0C-F65FD89EA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fea2f-99f0-4a85-b267-e00244e117ba"/>
    <ds:schemaRef ds:uri="12b318cd-fbee-44f0-9312-4148636eb251"/>
    <ds:schemaRef ds:uri="9e538389-cabc-4d4e-918a-8beb7ac0e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EDFB18-802F-402D-A189-89ACD020D9D2}">
  <ds:schemaRefs>
    <ds:schemaRef ds:uri="http://schemas.microsoft.com/office/2006/metadata/properties"/>
    <ds:schemaRef ds:uri="http://schemas.microsoft.com/office/infopath/2007/PartnerControls"/>
    <ds:schemaRef ds:uri="c81fea2f-99f0-4a85-b267-e00244e117ba"/>
    <ds:schemaRef ds:uri="9e538389-cabc-4d4e-918a-8beb7ac0ecaa"/>
  </ds:schemaRefs>
</ds:datastoreItem>
</file>

<file path=customXml/itemProps4.xml><?xml version="1.0" encoding="utf-8"?>
<ds:datastoreItem xmlns:ds="http://schemas.openxmlformats.org/officeDocument/2006/customXml" ds:itemID="{0B91C30F-C344-4060-944E-5944E8AC15FE}">
  <ds:schemaRefs>
    <ds:schemaRef ds:uri="http://schemas.microsoft.com/sharepoint/v3/contenttype/forms"/>
  </ds:schemaRefs>
</ds:datastoreItem>
</file>

<file path=docMetadata/LabelInfo.xml><?xml version="1.0" encoding="utf-8"?>
<clbl:labelList xmlns:clbl="http://schemas.microsoft.com/office/2020/mipLabelMetadata">
  <clbl:label id="{5ca93399-1184-430d-88a8-107721ef7b66}" enabled="0" method="" siteId="{5ca93399-1184-430d-88a8-107721ef7b66}"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5</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WAKO GameChangers | Application Form 2026</dc:title>
  <dc:subject>WAKO GameChangers 2026 application form</dc:subject>
  <dc:creator>WAKO</dc:creator>
  <cp:keywords>WAKO, GameChangers, application, 2026</cp:keywords>
  <dc:description/>
  <cp:lastModifiedBy>Barbara Falsoni</cp:lastModifiedBy>
  <cp:revision>4</cp:revision>
  <dcterms:created xsi:type="dcterms:W3CDTF">2026-09-29T21:02:00Z</dcterms:created>
  <dcterms:modified xsi:type="dcterms:W3CDTF">2026-09-29T21:06:00Z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0x010100725C43C881303F49AF1AAC52B5F764BF</vt:lpwstr>
  </property>
  <property fmtid="{D5CDD505-2E9C-101B-9397-08002B2CF9AE}" pid="3" name="MediaServiceImageTags">
    <vt:lpwstr/>
  </property>
</Properties>
</file>